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Ілля Муромець і Соловей-розбійник</w:t>
      </w:r>
    </w:p>
    <w:p>
      <w:r>
        <w:br/>
        <w:t xml:space="preserve"> &lt;p&gt;Ілля Муромець і Соловей-розбійник</w:t>
      </w:r>
    </w:p>
    <w:p>
      <w:r>
        <w:br/>
        <w:t>Українська билина</w:t>
      </w:r>
    </w:p>
    <w:p>
      <w:r>
        <w:br/>
        <w:t>З міста Мурома, з села Карачарова виїжджав відважний добрий молодець Ілля Муромець. Помолився він рано в церкві в Муромі, а до обідні хотів уже стольного міста Києва дістатися.</w:t>
      </w:r>
    </w:p>
    <w:p>
      <w:r>
        <w:br/>
        <w:t>Під'їхав він до славного міста Чернігова і бачить: немов чорне вороння, обложило місто військо велике, і не можна ні пішки пройти, ні конем проїхати, птиця тут не пролітає, сірий звір не пробігає. Почав Ілля те військо велике конем топтати та списом колоти, доки його не здолав. Коли ж до самого Чернігова наблизився, повиходили звідти жителі чернігівські, міську браму відчинили і прохали його бути у них за воєводу.</w:t>
      </w:r>
    </w:p>
    <w:p>
      <w:r>
        <w:br/>
        <w:t>— Не піду я до вас у Чернігів воєводою, — відповів Ілля. — Покажіть мені краще найпрямішу дорогу до стольного міста Києва.</w:t>
      </w:r>
    </w:p>
    <w:p>
      <w:r>
        <w:br/>
        <w:t>Сказали йому жителі чернігівські: — Найпряміша дорога колодами завалена, травою заросла, і давно вже ніхто по тій дорозі не проходив і на доброму коні не проїздив. Там, біля болота чорного, біля берези кривої 2, біля страшної річки Смородини та біля хреста Левонидового 3 сидить на дубі Соловей-розбійник, Одихмантів син. Свище Соловей по-солов'їному, кричить лиходій-розбійник по-звіриному, і від того посвисту та покрику вся трава-мурава сплітається, лазурові квіточки осипаються, темні ліси до землі пригинаються, а хто із людей надійде — всі мертві лежать. П'ятсот верст найпряміший шлях тягнеться, а кружний шлях — тисячу верст 4.</w:t>
      </w:r>
    </w:p>
    <w:p>
      <w:r>
        <w:br/>
        <w:t>Пустив Ілля свого коня богатирського і поїхав найпрямішою дорогою. З гори на гору добрий кінь перескакує пагорба на пагорб перемахує, а мілкі річки та озерця поміж ніг пропускає.</w:t>
      </w:r>
    </w:p>
    <w:p>
      <w:r>
        <w:br/>
        <w:t>Як наблизився він до річки Смородинки і до болота чорного, до кривої берези і до хреста Левонидового, засвистів тут Соловей по-солов'їному, закричав лиходій-розбійник по-звіриному, і зразу ж богатирський кінь почав спотикатися. Мусив Ілля Муромець бити коня канчуком по крутих ребрах, і кінь помчав далі. Потім узяв свій тугий лук, натяг тятиву і випустив гартовану стрілу в Солов'я-розбійника. Влучила стріла</w:t>
      </w:r>
    </w:p>
    <w:p>
      <w:r>
        <w:br/>
        <w:t>Солов'ю в праве око, і покотився той на сиру землю.</w:t>
      </w:r>
    </w:p>
    <w:p>
      <w:r>
        <w:br/>
        <w:t>Пристебнув Ілля розбійника до правого стремена булатного і повіз по чистому полю до його гнізда. А в тому гнізді Солов'їному були якраз три його дочки улюблені. Глянула старша дочка у віконечко та й каже:</w:t>
      </w:r>
    </w:p>
    <w:p>
      <w:r>
        <w:br/>
        <w:t>— Іде наш батечко Соловей-розбійник чистим полем, на добрім коні сидячи, і везе він чоловіка, до правого стремена припнутого.</w:t>
      </w:r>
    </w:p>
    <w:p>
      <w:r>
        <w:br/>
        <w:t>Глянула у віконечко середульша дочка.</w:t>
      </w:r>
    </w:p>
    <w:p>
      <w:r>
        <w:br/>
        <w:t>— Іде батечко по роздоллю, по чистому полю, і везе чоловіка, до правого стремена припнутого.</w:t>
      </w:r>
    </w:p>
    <w:p>
      <w:r>
        <w:br/>
        <w:t>Подивилася й молодша дочка.</w:t>
      </w:r>
    </w:p>
    <w:p>
      <w:r>
        <w:br/>
        <w:t>— Іде це чоловік, і сидить він на доброму коні та нашого батечка везе, до булатного стремена припнутого і з правим оком вибитим.</w:t>
      </w:r>
    </w:p>
    <w:p>
      <w:r>
        <w:br/>
        <w:t>Загукала вона до зятів Солов'їних:</w:t>
      </w:r>
    </w:p>
    <w:p>
      <w:r>
        <w:br/>
        <w:t>— Ой, чоловіки наші кохані! Беріть ви рогатини звірині, та біжіть на роздолля, в чисте поле, і вбийте того чоловіка.</w:t>
      </w:r>
    </w:p>
    <w:p>
      <w:r>
        <w:br/>
        <w:t>Похапали зяті рогатини й побігли в чисте поле, щоб убити чоловіка. Та сказав їм Соловей-розбійник, Одихмантів син:</w:t>
      </w:r>
    </w:p>
    <w:p>
      <w:r>
        <w:br/>
        <w:t>— Кидайте, зяті мої, рогатини звірині та покличте цього чоловіка в гніздо Солов'їне, нагодуйте його їжею смачною, напійте питвом медовим 5 і наділіть камінням коштовним.</w:t>
      </w:r>
    </w:p>
    <w:p>
      <w:r>
        <w:br/>
        <w:t>Покидали зяті рогатини і закликали чоловіка до гнізда Солов'їного. Не послухав він зятів і подався далі чистим полем та найпрямішою дорогою.</w:t>
      </w:r>
    </w:p>
    <w:p>
      <w:r>
        <w:br/>
        <w:t>А в славному Києві-граді Володимир-князь, із церкви вийшовши, обідати збирався у світлиці бенкетній. Аж тут підоспів на князівський широкий двір Ілля Муромець. Зупинив коня серед двору і в палату білокамінну ступив. Хрестом себе осінив, князеві Володимиру та всім його родичам уклонився на чотири боки. Почав Володимир-князь молодця випитувати:</w:t>
      </w:r>
    </w:p>
    <w:p>
      <w:r>
        <w:br/>
        <w:t>— Розкажи, з якої ти землі і як тебе по імені, по батькові величають.</w:t>
      </w:r>
    </w:p>
    <w:p>
      <w:r>
        <w:br/>
        <w:t>— Я із славного міста Мурома, із села Карачарова, а звуть мене Ілля Муромець, Іванів син.</w:t>
      </w:r>
    </w:p>
    <w:p>
      <w:r>
        <w:br/>
        <w:t>Каже тоді Володимир:</w:t>
      </w:r>
    </w:p>
    <w:p>
      <w:r>
        <w:br/>
        <w:t>— Чи давно ти з Мурома виїхав і якою дорогою до стольного Києва-града добирався?</w:t>
      </w:r>
    </w:p>
    <w:p>
      <w:r>
        <w:br/>
        <w:t>— Вранці відстояв я Божу службу у Муромі, а до обідньої служби у стольному Києві-граді хотів бути. Проте довелося в дорозі затриматись, їхав я найпрямішою дорогою до Києва-града, потім їхав повз болото чорне, повз річку Смородину, повз криву березу та хрест Левонидів.</w:t>
      </w:r>
    </w:p>
    <w:p>
      <w:r>
        <w:br/>
        <w:t>Не повірив йому Володимир-князь:</w:t>
      </w:r>
    </w:p>
    <w:p>
      <w:r>
        <w:br/>
        <w:t>— Брешеш мені в очі, чоловіче, та ще й насміхаєшся! Біля славного міста Чернігова війська сила-силенна стоїть; там ані пішки пройти, ані конем проїхати, сірий звір не проскочить, чорний ворон не пролетить.</w:t>
      </w:r>
    </w:p>
    <w:p>
      <w:r>
        <w:br/>
        <w:t>А біля болота того чорного, біля річки Смородини, біля кривої берези та хреста Левонидового Соловей-розбійник сидить. Як свисне він по-солов'їному, як закричить по-звіриному, то, хто з людей там опиниться, всі мертві падають.</w:t>
      </w:r>
    </w:p>
    <w:p>
      <w:r>
        <w:br/>
        <w:t>— Соловей-розбійник на твоєму дворі, — відповів Ілля. — Вибив я йому праве око і до стремена булатного його припнув.</w:t>
      </w:r>
    </w:p>
    <w:p>
      <w:r>
        <w:br/>
        <w:t>Швидко підвівся Володимир-князь, накинув на плече шубу куничу, соболину шапку наклав на одне вухо і вийшов на широкий двір подивитися на Солов'я-розбійника, до стремена припнутого.</w:t>
      </w:r>
    </w:p>
    <w:p>
      <w:r>
        <w:br/>
        <w:t>— Засвищи-но ти, — повелів йому князь, — по-солов'їному, закричи, собако, по-звіриному.</w:t>
      </w:r>
    </w:p>
    <w:p>
      <w:r>
        <w:br/>
        <w:t>Відповів Соловей-розбійник:</w:t>
      </w:r>
    </w:p>
    <w:p>
      <w:r>
        <w:br/>
        <w:t>— Не у тебе я сьогодні, князю, хліб їм, тож не хочу тебе і слухати. Я обідав сьогодні в Іллі Муромця і тільки його й послухаю.</w:t>
      </w:r>
    </w:p>
    <w:p>
      <w:r>
        <w:br/>
        <w:t>Наказав Ілля Муромець Солов'ю-розбійникові князя потішити:</w:t>
      </w:r>
    </w:p>
    <w:p>
      <w:r>
        <w:br/>
        <w:t>— Ану засвищи впівсвисту солов'їного, закричи впівкрику звіриного!</w:t>
      </w:r>
    </w:p>
    <w:p>
      <w:r>
        <w:br/>
        <w:t>Відізвався на те Соловей-розбійник:</w:t>
      </w:r>
    </w:p>
    <w:p>
      <w:r>
        <w:br/>
        <w:t>— Мої рани криваві запечаталися, тож не можуть уста мої свистати-кричати. Нехай князь наллє мені чару вина зеленого 6, вип'ю я її, і рани мої загояться, а уста розтуляться. Отоді вже зможу я засвистати і закричати.</w:t>
      </w:r>
    </w:p>
    <w:p>
      <w:r>
        <w:br/>
        <w:t>Сказав Ілля князю Володимиру:</w:t>
      </w:r>
    </w:p>
    <w:p>
      <w:r>
        <w:br/>
        <w:t>— Піди, князю, до світлиці своєї бенкетної і налий там чару вина зеленого, та не малу, а на півтора відра, і піднеси те вино Солов'ю-розбійникові.</w:t>
      </w:r>
    </w:p>
    <w:p>
      <w:r>
        <w:br/>
        <w:t>Налив князь вина півтора відра, старими медами розведеного. Взяв Соловей-розбійник однією рукою чару від князя, випив її одним духом, а тоді як засвище на весь голос по-солов'їному, як закричить по-звіриному, і зразу ж усі маківки на теремах покривилися, віконця розсипалися, люди у дворі замертво попадали, а Володимир-князь куничою шубою вкрився.</w:t>
      </w:r>
    </w:p>
    <w:p>
      <w:r>
        <w:br/>
        <w:t>Швидко скочив тут Ілля Муромець на коня, вивіз Солов'я в чисте поле, відрубав йому буйну голову, а тоді промовив:</w:t>
      </w:r>
    </w:p>
    <w:p>
      <w:r>
        <w:br/>
        <w:t>— Досить тобі свистати по-солов'їному та кричати по-звіриному, досить смутити-сльозити батьків і матерів, досить удовити жінок молодих та сиротити діток малих.</w:t>
      </w:r>
    </w:p>
    <w:p>
      <w:r>
        <w:br/>
        <w:t>І став Ілля Муромець після цього першим богатирем київським.</w:t>
      </w:r>
    </w:p>
    <w:p>
      <w:r>
        <w:br/>
        <w:t>Походження та примітки</w:t>
      </w:r>
    </w:p>
    <w:p>
      <w:r>
        <w:br/>
        <w:t>1 Соловей-розбійник — втілення ворожої сили, що постійно приступала до Києва. Дехто з учених вважає, що це — втілення розбійницьких ватаг, які не підкорялися князю київському (В. Авенаріус) і які користувалися звуковою мовою — свистом. По батькові билина зве Солов'я Одихмантів син, в інших варіантах — Рахманович. Рахман, чи брахман, — індійський жрець. Одихмантович — спотворене Ахмантович, від татарського Ахмата — пізніше запозичення.</w:t>
      </w:r>
    </w:p>
    <w:p>
      <w:r>
        <w:br/>
        <w:t>2 В оригіналі — Грязь Чорна. Деякі дослідники вважають, що йдеться про населений пункт у Курсько-Орловщині, але подальше "крива береза" свідчить про те, що йдеться таки про болото. Болото й крива береза в народних уявленнях були місцями, де збиралася нечиста сила, представником якої є також і Соловей-розбійник. Отже, Соловей-розбійник — це образ темної сили. Підкріплює цю думку й згадка про річку Смородину.</w:t>
      </w:r>
    </w:p>
    <w:p>
      <w:r>
        <w:br/>
        <w:t>3 Левонидів хрест — хрест, узятий Володимиром із Корсуня і встановлений потім у Києві на Лугах. Згодом так звався хрест на безлюдді. За народними уявленнями, хрест на безлюдді також був місцем, де збиралася нечиста сила; на хреста зокрема любили вилазити відьми. Левонидів, — можливо, від єпископа Левонтія, а може, хрест був з ліванського кедра. Біля цього хреста, за билинами, браталися також богатирі й звідси починали свої мандрівки.</w:t>
      </w:r>
    </w:p>
    <w:p>
      <w:r>
        <w:br/>
        <w:t>4 Відстань тут казково перебільшена.</w:t>
      </w:r>
    </w:p>
    <w:p>
      <w:r>
        <w:br/>
        <w:t>5 Питво медове — виготовлене з меду, розведеного водою, і зварене, — улюблений хмільний напій у часи Київської Русі. В Україні мед як напій був популярний аж до XX століття.</w:t>
      </w:r>
    </w:p>
    <w:p>
      <w:r>
        <w:br/>
        <w:t>6 Вино зелене — напій, який вживався в часи Київської Русі. Далі в тексті воно ототожнюється з медом, але це може бути й інший напій, виготовлений із зерна або настояний на зіллі. Водночас слово зело означало зерно. В билинах зелене вино і мед розрізняються.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Ілля Муромець і Соловей-розбійник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