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Ікс плюс Ігрек</w:t>
      </w:r>
    </w:p>
    <w:p>
      <w:r>
        <w:br/>
        <w:t xml:space="preserve"> Я не заздрю уже нікому —&lt;br /&gt;</w:t>
        <w:br/>
        <w:t>Де ще мудрих таких знайти?&lt;br /&gt;</w:t>
        <w:br/>
        <w:t>Це ж мені стало вперше відомо:&lt;br /&gt;</w:t>
        <w:br/>
        <w:t>Ікс плюс ігрек — це будеш ти.</w:t>
      </w:r>
    </w:p>
    <w:p>
      <w:r>
        <w:br/>
        <w:t>І здається, що я володію&lt;br /&gt;</w:t>
        <w:br/>
        <w:t>Віковічним секретом краси&lt;br /&gt;</w:t>
        <w:br/>
        <w:t>Лиш тому, що я розумію&lt;br /&gt;</w:t>
        <w:br/>
        <w:t>Загадкові твої ікси.</w:t>
      </w:r>
    </w:p>
    <w:p>
      <w:r>
        <w:br/>
        <w:t>Розумію? Який там розум!&lt;br /&gt;</w:t>
        <w:br/>
        <w:t>Просто здорово, що ти є!&lt;br /&gt;</w:t>
        <w:br/>
        <w:t>Що вслухається в ніжні погрози&lt;br /&gt;</w:t>
        <w:br/>
        <w:t>Збаламучене серце моє.</w:t>
      </w:r>
    </w:p>
    <w:p>
      <w:r>
        <w:br/>
        <w:t>Я не заздрю уже нікому —&lt;br /&gt;</w:t>
        <w:br/>
        <w:t>Де ще мудрих таких знайти?&lt;br /&gt;</w:t>
        <w:br/>
        <w:t>Одному лиш мені відомо:&lt;br /&gt;</w:t>
        <w:br/>
        <w:t>Ікс плюс ігрек — це будеш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Ікс плюс Ігрек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