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Ідіть же разом по дорозі...</w:t>
      </w:r>
    </w:p>
    <w:p>
      <w:r>
        <w:br/>
        <w:t xml:space="preserve"> Ідіть же разом по дорозі&lt;br /&gt;</w:t>
        <w:br/>
        <w:t>тепер ви в сні або в уяві&lt;br /&gt;</w:t>
        <w:br/>
        <w:t>укупі не ходили досі&lt;br /&gt;</w:t>
        <w:br/>
        <w:t>такі веселі і ласкаві</w:t>
      </w:r>
    </w:p>
    <w:p>
      <w:r>
        <w:br/>
        <w:t>в одежі, голі, як знайшлися&lt;br /&gt;</w:t>
        <w:br/>
        <w:t>це нічия нарешті справа&lt;br /&gt;</w:t>
        <w:br/>
        <w:t>нема (десь дівся) живописця&lt;br /&gt;</w:t>
        <w:br/>
        <w:t>по простирадло втік до ставу</w:t>
      </w:r>
    </w:p>
    <w:p>
      <w:r>
        <w:br/>
        <w:t>цей шлях курний і ноги босі&lt;br /&gt;</w:t>
        <w:br/>
        <w:t>збрудили в пилу мов прочани&lt;br /&gt;</w:t>
        <w:br/>
        <w:t>тінять дерева як титани&lt;br /&gt;</w:t>
        <w:br/>
        <w:t>в стерні подеколи колосся</w:t>
      </w:r>
    </w:p>
    <w:p>
      <w:r>
        <w:br/>
        <w:t>синіє сну непевний витік&lt;br /&gt;</w:t>
        <w:br/>
        <w:t>жовтіють квіти позосталі&lt;br /&gt;</w:t>
        <w:br/>
        <w:t>і хоч тубо волає Вітек&lt;br /&gt;</w:t>
        <w:br/>
        <w:t>почути пес рябий не в змозі&lt;br /&gt;</w:t>
        <w:br/>
        <w:t>і гонить ґав ріллею далі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Ідіть же разом по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