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Ясочка на річці</w:t>
      </w:r>
    </w:p>
    <w:p>
      <w:r>
        <w:br/>
        <w:t xml:space="preserve"> &lt;p&gt;Блись та блись на сонці наша річка, повилась крізь луки запашні. А яка ж тепленька в ній водичка! І пісок м'якесенький на дні.</w:t>
      </w:r>
    </w:p>
    <w:p>
      <w:r>
        <w:br/>
        <w:t>Поспішає радісно малеча, цвірінчить на березі щодня. Вітерець цілує щічки й плечі і біжить по хвилях навмання.</w:t>
      </w:r>
    </w:p>
    <w:p>
      <w:r>
        <w:br/>
        <w:t>Поскидали трусики і плаття, пострибали в воду малюки.</w:t>
      </w:r>
    </w:p>
    <w:p>
      <w:r>
        <w:br/>
        <w:t>Ой і любо ж, весело плескаться у струмочках тихої ріки!</w:t>
      </w:r>
    </w:p>
    <w:p>
      <w:r>
        <w:br/>
        <w:t>Тут і наша Ясочка голенька. А навколо — рибок табунці! Хоче рибку захопити в жменьку, та ніяк не вдержить у руці...</w:t>
      </w:r>
    </w:p>
    <w:p>
      <w:r>
        <w:br/>
        <w:t>Всі забули про Юрка малого — він сидить один на бережку.</w:t>
      </w:r>
    </w:p>
    <w:p>
      <w:r>
        <w:br/>
        <w:t>Бачить — що це дивиться на нього крізь рясну зелену осоку?..</w:t>
      </w:r>
    </w:p>
    <w:p>
      <w:r>
        <w:br/>
        <w:t>Та страшне, зелене... й просто суне... Та от-от на хлопчика плигне!</w:t>
      </w:r>
    </w:p>
    <w:p>
      <w:r>
        <w:br/>
        <w:t>Як гукне Юрасик до Ясюні:</w:t>
      </w:r>
    </w:p>
    <w:p>
      <w:r>
        <w:br/>
        <w:t>— Ясю, Ясю! Глянь, яке страшне!</w:t>
      </w:r>
    </w:p>
    <w:p>
      <w:r>
        <w:br/>
        <w:t>А Ясюня звіра не злякалась, замахнулась:</w:t>
      </w:r>
    </w:p>
    <w:p>
      <w:r>
        <w:br/>
        <w:t>— Геть, зелений звір!</w:t>
      </w:r>
    </w:p>
    <w:p>
      <w:r>
        <w:br/>
        <w:t>Подивилась жаба. Здивувалась. Та й плигнула в воду під кушир.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Ясочка на річці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