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Яма</w:t>
      </w:r>
    </w:p>
    <w:p>
      <w:r>
        <w:br/>
        <w:t xml:space="preserve"> &lt;p&gt;Спека. Ні вітру, ні хмариночки. В'їдливий, важкий дим від кокусових[1] печей та шахтових височенних димарів задушливим туманом сповняє розпечене повітря. Від того, либонь, ще більш душно, й хочеться прудко перебігти горбок, спуститись у глибоку балку, припасти вустами до прозорого струмочка з зеленим дном, що дзюркотить з-під цямрин кринички.</w:t>
      </w:r>
    </w:p>
    <w:p>
      <w:r>
        <w:br/>
        <w:t>— Над криничкою знеможено спустили ясно-зелені верби свої ніжні віти.</w:t>
      </w:r>
    </w:p>
    <w:p>
      <w:r>
        <w:br/>
        <w:t>Це — найкращий куточок у всій окрузі. Яким побитом збереглись тут верби, та чи й були тут верби деінде, ніхто того не знає. Всі звикли завжди бачити тільки степ, степ, степ, скільки оком скинеш; жодного кущика тернового шкода шукати тут. Скрізь степ, такий питний, різнобарвний по весні, а на тім степу брудні, закурені шахти з великими беззахисними шахтарськими слобідками круг них. Огидними гнояними виразками здаються ці шахти на дивнім лоні чарівного запашного степу.</w:t>
      </w:r>
    </w:p>
    <w:p>
      <w:r>
        <w:br/>
        <w:t>Василько дуже любить криничку з вербами в балці. Коли череда повагом проходить повз балку, він клубочком скочується до криниці під верби, нагинається над цямринами і, гучно сьорбаючи спраглими губенятами, п'є з пригорщей холодну, смачну воду, потім сідає в холодочку або, знову нахилившись над криничкою, любує з свого гарненького личка з чорними бровенятами й великими очицями, синіми, як васильки. Він чує, як вигукує дід Сила, переймаючи від ячменю корів, сердито ляскає пугою, але тут так гарно, так спокійно, що зроду-звіку не вийшов би звідсіля, та ще в таку спеку.</w:t>
      </w:r>
    </w:p>
    <w:p>
      <w:r>
        <w:br/>
        <w:t>— Васильку! Де ти, Васильку! — гукає-таки дід, і його присадкувата, кремезна постать раптом вимальовується високо на горбі. Він пильно придивляється вниз тими старими, але ще гострими очима й, побачивши хлопця, знов гукає:</w:t>
      </w:r>
    </w:p>
    <w:p>
      <w:r>
        <w:br/>
        <w:t>— Васи-и-лю!.. Чи не осоружний тобі хлопець? Ач, заморився як — спочиває...</w:t>
      </w:r>
    </w:p>
    <w:p>
      <w:r>
        <w:br/>
        <w:t>Хлопець, як заєць, прудко котить угору, а дід свариться звідтіля на цього пугою. Та Василько не дуже лякається: він знає, що дід Сила тільки свариться, що він тільки вдає з себе лихого, але має добряче, лагідне серце й дуже любить свого жвавого пустуна-підпасича.</w:t>
      </w:r>
    </w:p>
    <w:p>
      <w:r>
        <w:br/>
        <w:t>І знову череда, пилюка, спека... Полінькувато гризуть корови низеньку травичку, вкриту зжовта-сірим порохом; декотрі полягали й, дрімаючи, ремигають тую вбогу жуйку. Неслухняний, похмурий бугай, нудьгуючи, ходить поміж чередою і невдоволено, грубим басом, гуде; бу-у-у! бу-у-у! Йому, запевне, найгірш приходиться од спеки, бо він найгладший за всіх. Незважаючи на заборону, він знічев'я простує в німецькі ячмені. Та дід і Василько гаразд знають його шкодливу вдачу й завжди уважно пильнують його.</w:t>
      </w:r>
    </w:p>
    <w:p>
      <w:r>
        <w:br/>
        <w:t>— Куди? щоб ти йому здох, опудало прокляте! — гукає дід Сила, а підпасич чимдуж біжить навперейми. Його міцний, як залізо, кизиловий кий дугою летить в повітрі, гепається бугаєві в спину й відскакує на шлях. Бугай сердито реве, люто гребе землю ногами, піднімаючи круг себе страшенну куряву; далі, не поспішаючксь, гордовито вертається до череди.</w:t>
      </w:r>
    </w:p>
    <w:p>
      <w:r>
        <w:br/>
        <w:t>Дід підіймає голову й скоса дивиться, чи високо підбилося сонечко.</w:t>
      </w:r>
    </w:p>
    <w:p>
      <w:r>
        <w:br/>
        <w:t>— Гони до ставу,— наказує він підпасичеві.</w:t>
      </w:r>
    </w:p>
    <w:p>
      <w:r>
        <w:br/>
        <w:t>А той того тільки й жде. Ставок ховається за версту звідсіль, у другій балці. За яких півгодини череда хутко поспішає згори, а бугай гучним ревом виявляє своє задоволення. Забрівши з берега по черево, корови п'ють воду, повагом, не хапаючись, смакуючи, щоб довше заживати такої втіхи.</w:t>
      </w:r>
    </w:p>
    <w:p>
      <w:r>
        <w:br/>
        <w:t>По той бік сидить купка шахтарів: робітники лагодяться ловити рибу. Василько любить дивитись на цих химерних рибалок: вони закладають на дно ставка набій з динамітом, від котрого витикається з. води кінець затравки, запалюють той кінець, і за хвилину страшенний вибух розтинається навкруги, глушить рибу, й вона випливає поверх води, немов дохла. Шахтарі роздягаються, кидаються в воду й, весело вигукуючи, беруть її просто руками. Тоді й Василько гав не ловить і інколи приносить своїй матері, удові-шахтарці, з десяток свіжих карасиків. Мати міцно обіймає й цілує свого улюбленця, варить добру юшку, й вони вдвох смачно вечеряють.</w:t>
      </w:r>
    </w:p>
    <w:p>
      <w:r>
        <w:br/>
        <w:t>* * *</w:t>
      </w:r>
    </w:p>
    <w:p>
      <w:r>
        <w:br/>
        <w:t>Сьогодні дід Сила не дав йому побавитись.</w:t>
      </w:r>
    </w:p>
    <w:p>
      <w:r>
        <w:br/>
        <w:t>— Ану, гони лишень череду на той бік,— звелів старий.</w:t>
      </w:r>
    </w:p>
    <w:p>
      <w:r>
        <w:br/>
        <w:t>Василько знав, що коли дідусь поспішається на той бік,</w:t>
      </w:r>
    </w:p>
    <w:p>
      <w:r>
        <w:br/>
        <w:t>то це значить, що там, поблизу од церкви, край шахтарської слобідки, чекатиме його церковний сторож, сивий Жолоб, з шкаликом монопольки: вони зустрінутьоя, сядуть просто на траву й, уважно розмовляючи, поволі питимуть горілку. Ну, та Василько й там знаходив чим розважитись. Серед степу був старий, нічим це, обгорожений шурф з довжелезними драбинами, що діставали до самого дна глибокої шахти: коли в шахті траплялось яке нещастя і не було змоги вилізти з неї через головний колодязь, то шахтарі виходили на світ цим шурфом: для того й було зроблено в йому драбини; вони не діставали до поверху аршинів на два, й над ними було зроблено дощаний поміст з діркою посередині; шахтарі вилазили по драбині й ставали на цей поміст, а тоді вже й нагору. Під помостом горобці звивали собі гнізда, і Василько любив драти їх, бо йому якийсь дурень казав, що колись горобці помагали Христа розпинати.</w:t>
      </w:r>
    </w:p>
    <w:p>
      <w:r>
        <w:br/>
        <w:t>Коли дід звелів йому гнати корів на той бік, він хутко підкачав холоші вище колін і повиганяв череду з води; тільки бугай забрів трохи не на середину ставка й стояв, ніби замислившись, полінькувато махаючи мокрим хвостом. Василько вискочив на берег, набрав грудок і почав жбурляти на непокірного, а з того боку йому завзято допомагали шахтаренята: на сердешного бугая посипались грудки. Він одразу хотів лізти далі, та хтось з того боку влучив йому .по лобі; під веселий дитячий регіт бугай, задравши хвоста й. люто ревучи, хутко вихопився з води й побіг за чередою. &amp;lsquo; .</w:t>
      </w:r>
    </w:p>
    <w:p>
      <w:r>
        <w:br/>
        <w:t>Незабаром дід Сила сидів уже на тім боці з старим Жолобом.</w:t>
      </w:r>
    </w:p>
    <w:p>
      <w:r>
        <w:br/>
        <w:t>Вони пили по чарці. Корови полягали й дрімали, ремигаючи; тільки непосидячий бугай нудьгував і не міг знайти собі місця від спеки. Василько теж зник. Бачачи те, бугай протисся поміж чередою й пішов просто в жито. Забрівши на ниву, він не стільки пасся, скільки топтав. Може, тільки за півгодини дід Сила побачив це.</w:t>
      </w:r>
    </w:p>
    <w:p>
      <w:r>
        <w:br/>
        <w:t>— Васильку! Васи-и-лю!— гукнув він хрипучим голосом і озирнувся навкруги,— От ледащо! га? Бугай у житі, а, його катма... Васи-и-лю!..</w:t>
      </w:r>
    </w:p>
    <w:p>
      <w:r>
        <w:br/>
        <w:t>Ніхто не обзивався.</w:t>
      </w:r>
    </w:p>
    <w:p>
      <w:r>
        <w:br/>
        <w:t>— Він, мабуть, у шурфі горобців дере,— спокійно промовив Жолоб, коли старий пастух підвівся.</w:t>
      </w:r>
    </w:p>
    <w:p>
      <w:r>
        <w:br/>
        <w:t>— Та вже ж ніде більш! капосне хлоп'я,— відповів дід і, ляскаючи пугою, побіг заганяти бугая. Той, почувши гукання, миттю вихопився з жита, перебіг шлях і пристав до череди, а дід пішов до шурфу, щоб зайняти звідтіль ледачого підпасича.</w:t>
      </w:r>
    </w:p>
    <w:p>
      <w:r>
        <w:br/>
        <w:t>— Васильку!., чи тобі не позакладало?</w:t>
      </w:r>
    </w:p>
    <w:p>
      <w:r>
        <w:br/>
        <w:t>Знов ніхто не відповів.</w:t>
      </w:r>
    </w:p>
    <w:p>
      <w:r>
        <w:br/>
        <w:t>— Чи не заснув він часом? ще, чого доброго, впаде в шахту...</w:t>
      </w:r>
    </w:p>
    <w:p>
      <w:r>
        <w:br/>
        <w:t>Дід Сила надійшов до шурфа й зазирнув туди. Василько сидів на помості; спустивши руки й нахиливши голову низько між коліна, він не ворушився.</w:t>
      </w:r>
    </w:p>
    <w:p>
      <w:r>
        <w:br/>
        <w:t>— Так і є! — вдарив старий об поли руками.— Спить, осоружний... Василю! чуєш! Василю!..</w:t>
      </w:r>
    </w:p>
    <w:p>
      <w:r>
        <w:br/>
        <w:t>Хлопець мовчав. Дід Сила кинув путою об землю й мусив і собі лізти у яму, щоб розбуркати його.</w:t>
      </w:r>
    </w:p>
    <w:p>
      <w:r>
        <w:br/>
        <w:t>Довго ждав Силу старий Жолоб, та, не діждавши, пішов і собі туди. Нахилившись над ямою, він побачив, що дід навалився на хлопця й обоє не ворушаться.</w:t>
      </w:r>
    </w:p>
    <w:p>
      <w:r>
        <w:br/>
        <w:t>— Сило! чуєш? Сило!..</w:t>
      </w:r>
    </w:p>
    <w:p>
      <w:r>
        <w:br/>
        <w:t>Ніхто не озивався.</w:t>
      </w:r>
    </w:p>
    <w:p>
      <w:r>
        <w:br/>
        <w:t>— Що за напасть? — міркував Жолоб. Миттю хміль вискочив з нього; Жолоб почув, як подерлось йому волосся на голові вгору й мороз пішов поза шкурою. Ледве пересовуючи свої старечі ноги, що тремтіли з переляку, він подавсь до шахти.</w:t>
      </w:r>
    </w:p>
    <w:p>
      <w:r>
        <w:br/>
        <w:t>За чверть години біля шурфу стояла вже купка шахтарів. Ніхто не хотів лізти витягати старого й хлопця. Страшенно ридала сердешна вдова, Василькова мати, й рвалася в яму, але її не пускали. Прийшли інженір і, штейгер, зазирнули в шурф і почали дошукуватись, з чого сталося таке лихо. Якийсь чорний од вугілля й кептяги старий шахтар, незважаючи на інженіра, лаявся, що не обгорожено ями...</w:t>
      </w:r>
    </w:p>
    <w:p>
      <w:r>
        <w:br/>
        <w:t>Далі таки штейгер добрав діла: якраз перед цим затопило шахту — й вода виперла з шахти все погане повітря в шурф.</w:t>
      </w:r>
    </w:p>
    <w:p>
      <w:r>
        <w:br/>
        <w:t>Тим повітрям і отруїлися, загинули від нього, дід Сила з своїм жвавим, веселим підпасичем.</w:t>
      </w:r>
    </w:p>
    <w:p>
      <w:r>
        <w:br/>
        <w:t>Навкруги тихо... Чутно тільки уважний шепіт шахтарів, що лагодяться витягати померших; здавленим, несміливим . голосом штейгер дає їм поради.</w:t>
      </w:r>
    </w:p>
    <w:p>
      <w:r>
        <w:br/>
        <w:t>Мати Василькова нічого більш не бачила й не чула; вона зомліла...</w:t>
      </w:r>
    </w:p>
    <w:p>
      <w:r>
        <w:br/>
        <w:t>Спека, ані хмариночки. Тільки в людській душі насунули важкі хмари смутку й мовчазливої скарги на зрадливість життя.</w:t>
      </w:r>
    </w:p>
    <w:p>
      <w:r>
        <w:br/>
        <w:t>[1] Частину вугілля перепалюють на кокус, ним краще палити в печах, ніж вугіллям.— Прим. авт.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