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ти надумаєш їхати з цього міста...</w:t>
      </w:r>
    </w:p>
    <w:p>
      <w:r>
        <w:br/>
        <w:t xml:space="preserve"> якщо ти надумаєш їхати з цього міста&lt;br /&gt;</w:t>
        <w:br/>
        <w:t>ніби апостол чи добрий ніґерський пастор&lt;br /&gt;</w:t>
        <w:br/>
        <w:t>вистукуючи пальцями по словнику&lt;br /&gt;</w:t>
        <w:br/>
        <w:t>хвилюючись і зазираючи до нього щомиті&lt;br /&gt;</w:t>
        <w:br/>
        <w:t>шліфуючи гострі камінчики&lt;br /&gt;</w:t>
        <w:br/>
        <w:t>з вервиці складнопідрядних речень&lt;br /&gt;</w:t>
        <w:br/>
        <w:t>в гарячих морських каютах&lt;br /&gt;</w:t>
        <w:br/>
        <w:t>в вагонах середнього класу</w:t>
      </w:r>
    </w:p>
    <w:p>
      <w:r>
        <w:br/>
        <w:t>місто з якого ти щойно емігрував&lt;br /&gt;</w:t>
        <w:br/>
        <w:t>наче стіна якої не мурував&lt;br /&gt;</w:t>
        <w:br/>
        <w:t>наше з тобою дитинство старі гаражі&lt;br /&gt;</w:t>
        <w:br/>
        <w:t>труби розбомбленої водостанції&lt;br /&gt;</w:t>
        <w:br/>
        <w:t>офіцерські швейцарські ножі&lt;br /&gt;</w:t>
        <w:br/>
        <w:t>еміграція камандір це довга тривала путь&lt;br /&gt;</w:t>
        <w:br/>
        <w:t>не буде туману в душі і російських літер в газетах</w:t>
      </w:r>
    </w:p>
    <w:p>
      <w:r>
        <w:br/>
        <w:t>в европі циклон починається і трива&lt;br /&gt;</w:t>
        <w:br/>
        <w:t>мюнхенські турки готуються до різдва&lt;br /&gt;</w:t>
        <w:br/>
        <w:t>в цій не найзеленішій із країн&lt;br /&gt;</w:t>
        <w:br/>
        <w:t>вони кочують родинами на вікенд&lt;br /&gt;</w:t>
        <w:br/>
        <w:t>бачуть ранковий сніг за вікнами електричок&lt;br /&gt;</w:t>
        <w:br/>
        <w:t>й господній цілунок лягає на їхні серця і наплічники</w:t>
      </w:r>
    </w:p>
    <w:p>
      <w:r>
        <w:br/>
        <w:t>ірландський студент — юний прихильник ІРА&lt;br /&gt;</w:t>
        <w:br/>
        <w:t>життя для якого рулетка а світ діра&lt;br /&gt;</w:t>
        <w:br/>
        <w:t>святковий дублін теплі в'язані светри&lt;br /&gt;</w:t>
        <w:br/>
        <w:t>кренберіс в плеєрі тмін і табак на столі&lt;br /&gt;</w:t>
        <w:br/>
        <w:t>ці ангели тероризму завжди навколо тебе&lt;br /&gt;</w:t>
        <w:br/>
        <w:t>їхній заселений простір&lt;br /&gt;</w:t>
        <w:br/>
        <w:t>їхній святий миколай&lt;br /&gt;</w:t>
        <w:br/>
        <w:t>їхні контрацептиви в туалетах на автозаправках</w:t>
      </w:r>
    </w:p>
    <w:p>
      <w:r>
        <w:br/>
        <w:t>я буду молитись за тебе і твій маршрут&lt;br /&gt;</w:t>
        <w:br/>
        <w:t>за твій страховий поліс і скати вантажних машин&lt;br /&gt;</w:t>
        <w:br/>
        <w:t>за воду в холодних ріках і листя яке вже палять&lt;br /&gt;</w:t>
        <w:br/>
        <w:t>за все що ти тут забув&lt;br /&gt;</w:t>
        <w:br/>
        <w:t>і що забуваєш тепер&lt;br /&gt;</w:t>
        <w:br/>
        <w:t>де б ти врешті не був&lt;br /&gt;</w:t>
        <w:br/>
        <w:t>за все що забудеш потім&lt;br /&gt;</w:t>
        <w:br/>
        <w:t>та найголовніше — за пам'ять твою за пам'ять</w:t>
      </w:r>
    </w:p>
    <w:p>
      <w:r>
        <w:br/>
        <w:t>2000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ти надумаєш їхати з цього міста...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