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Який це спосіб і який народ?</w:t>
      </w:r>
    </w:p>
    <w:p>
      <w:r>
        <w:br/>
        <w:t xml:space="preserve"> Загадка</w:t>
      </w:r>
    </w:p>
    <w:p>
      <w:r>
        <w:br/>
        <w:t>Подумай, не ломися без пуття&lt;br /&gt;</w:t>
        <w:br/>
        <w:t>в незамкнуті самими нами двері.&lt;br /&gt;</w:t>
        <w:br/>
        <w:t>Звичайне слово — спосіб відбиття&lt;br /&gt;</w:t>
        <w:br/>
        <w:t>малюнків, літер, знаків на папері.&lt;br /&gt;</w:t>
        <w:br/>
        <w:t>Читатимеш назад — скажу зарані —&lt;br /&gt;</w:t>
        <w:br/>
        <w:t>уже постане представник народу,&lt;br /&gt;</w:t>
        <w:br/>
        <w:t>який живе в Туреччині, в Ірані,&lt;br /&gt;</w:t>
        <w:br/>
        <w:t>на території Близького Сходу&lt;br /&gt;</w:t>
        <w:br/>
        <w:t>(подекуди і в нас на Закавказзі).</w:t>
      </w:r>
    </w:p>
    <w:p>
      <w:r>
        <w:br/>
        <w:t>Відгадуй. Не здавайсь ні в якім разі.</w:t>
      </w:r>
    </w:p>
    <w:p>
      <w:r>
        <w:br/>
        <w:t>(Друк і курд)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Який це спосіб і який народ?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