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знати той сміх, що ранить, гей мечом…</w:t>
      </w:r>
    </w:p>
    <w:p>
      <w:r>
        <w:br/>
        <w:t xml:space="preserve"> Якби знати той сміх, що ранить, гей мечом,&lt;br /&gt;</w:t>
        <w:br/>
        <w:t>І наповнює душу грозою,&lt;br /&gt;</w:t>
        <w:br/>
        <w:t>Я зайшов би ся весь сатанічним сміхом&lt;br /&gt;</w:t>
        <w:br/>
        <w:t>І забрав би вам хвилі спокою.&lt;br /&gt;</w:t>
        <w:br/>
        <w:t>Я скрутив би з наруг замашистий батіг&lt;br /&gt;</w:t>
        <w:br/>
        <w:t>І шмагав би вам серце до крові,&lt;br /&gt;</w:t>
        <w:br/>
        <w:t>Може, цинізм гіркий і диявольський сміх&lt;br /&gt;</w:t>
        <w:br/>
        <w:t>Научив би вас трохи любові.&lt;br /&gt;</w:t>
        <w:br/>
        <w:t>Якби знати той плач, що на серце паде,&lt;br /&gt;</w:t>
        <w:br/>
        <w:t>Як могучі акорди сонати,&lt;br /&gt;</w:t>
        <w:br/>
        <w:t>Я ридав би щосил, як дитя, що іде&lt;br /&gt;</w:t>
        <w:br/>
        <w:t>Незаслужену кару приймати.&lt;br /&gt;</w:t>
        <w:br/>
        <w:t>Я зілляв би весь жаль, що в душі накипів,&lt;br /&gt;</w:t>
        <w:br/>
        <w:t>У якусь розпучливу канцону,&lt;br /&gt;</w:t>
        <w:br/>
        <w:t>І гримів би до вас, як пророчий напів,&lt;br /&gt;</w:t>
        <w:br/>
        <w:t>Як плачі похоронного дзвону.&lt;br /&gt;</w:t>
        <w:br/>
        <w:t>Якби знати той лік, що всипляє чуття&lt;br /&gt;</w:t>
        <w:br/>
        <w:t>І душевнії лагодить болі,&lt;br /&gt;</w:t>
        <w:br/>
        <w:t>Я поклав би на всім сірий хрест забуття&lt;br /&gt;</w:t>
        <w:br/>
        <w:t>І не лаяв би світа, ні долі.&lt;br /&gt;</w:t>
        <w:br/>
        <w:t>Я простив би вас всіх, як безумних сліпців,&lt;br /&gt;</w:t>
        <w:br/>
        <w:t>Що під храмом про голод говорять,&lt;br /&gt;</w:t>
        <w:br/>
        <w:t>І в безоднях душі погребав би свій гнів —&lt;br /&gt;</w:t>
        <w:br/>
        <w:t>Зі словами: не знають, що творять…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знати той сміх, що ранить, гей мечом…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