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цар вовк їжаками не наївся</w:t>
      </w:r>
    </w:p>
    <w:p>
      <w:r>
        <w:br/>
        <w:t xml:space="preserve"> &lt;p&gt;Колись у пралісі царював сірий Вовк. Все живе перед ним тремтіло. Десятою дорогою звірі обминали його палац. Вже поз'їдав він у своїх володіннях чи не всіх зайців, косуль, диких свиней, оленів. Тож часто сидів голодний, клацав зубами і по ночах завивав на місяць.</w:t>
      </w:r>
    </w:p>
    <w:p>
      <w:r>
        <w:br/>
        <w:t>Та голод — не пан. Вирішив Вовк скликати на раду царів із сусідніх лісів.</w:t>
      </w:r>
    </w:p>
    <w:p>
      <w:r>
        <w:br/>
        <w:t>Сів Вовк, худющий-прехудющий, на широкий пеньок, а навколо полягали руда, з довгенькою мордочкою, Лисиця, довга зелена Гадюка і старий смердючий Тхір.</w:t>
      </w:r>
    </w:p>
    <w:p>
      <w:r>
        <w:br/>
        <w:t>— Що чувати у вас, мої друзі? — прохрипів Вовк.— Чи шанують вас всякі там зайці, косулі, олені? ,</w:t>
      </w:r>
    </w:p>
    <w:p>
      <w:r>
        <w:br/>
        <w:t>—— Хай би спробували не шанувати мене,— просичала Гадюка.— Я швиденько їх приструнчу!</w:t>
      </w:r>
    </w:p>
    <w:p>
      <w:r>
        <w:br/>
        <w:t>— І в моєму царстві благополучно,— пробелькотіла Лисиця.— Хіба що кози хотіли втекти за лози, та мої стражники дали їм такі лози, що дві кози й один цап — тільки й залишилося від них. Зате смирні, хоч до рани прикладай.</w:t>
      </w:r>
    </w:p>
    <w:p>
      <w:r>
        <w:br/>
        <w:t>— А в мене трохи мишва вовтузилась. Та я швидко з ними впорався,-1— похвалився Тхір.— Вони так знахабніли, що пробували навіть свої школи запровадити. Я спочатку дозволив. А тепер — школи є, а мишенят за партами нема. І маю спокій.</w:t>
      </w:r>
    </w:p>
    <w:p>
      <w:r>
        <w:br/>
        <w:t>—: А чого це їжак не прибув до мене? — спохмурнів Вовк.</w:t>
      </w:r>
    </w:p>
    <w:p>
      <w:r>
        <w:br/>
        <w:t>Лисиця глянула на запалі боки Вовка і зразу відсунулася якнайдалі од нього. Вона добре знала звички голодних вовків. Щоб відвернути від себе увагу, вона помахала хвостом і солодко промовила:</w:t>
      </w:r>
    </w:p>
    <w:p>
      <w:r>
        <w:br/>
        <w:t>— Чула я, наш всесильний володарю, що їжаки бунтують, нікому не хочуть коритися, під дубом своє царство заснували.</w:t>
      </w:r>
    </w:p>
    <w:p>
      <w:r>
        <w:br/>
        <w:t>— їжаки? — здивовано закричав на весь ліс Вовк.— їжаки бунтують? їм захотілося свого царства? Сюди їх, сюди, Лисице, приведи негайно! Я їм покажу і царство, і як бунтувати!</w:t>
      </w:r>
    </w:p>
    <w:p>
      <w:r>
        <w:br/>
        <w:t>Лисиця швидко побігла у ліс, надибала великого дуба. їжаки всією громадою саме обідали.</w:t>
      </w:r>
    </w:p>
    <w:p>
      <w:r>
        <w:br/>
        <w:t>— Добридень вам, любі їжаки! — привіталася Лисиця.</w:t>
      </w:r>
    </w:p>
    <w:p>
      <w:r>
        <w:br/>
        <w:t>— Сідай, сусідко, гостею будеш,— промовив старий їжак.</w:t>
      </w:r>
    </w:p>
    <w:p>
      <w:r>
        <w:br/>
        <w:t>— Дякую за хліб-сіль, дорогі сусідоньки,— улесливо проспівала Лисиця.— Великий цар Вовк запрошує вас до себе на раду.</w:t>
      </w:r>
    </w:p>
    <w:p>
      <w:r>
        <w:br/>
        <w:t>— Чого йому треба від нас? — запитав їжак.</w:t>
      </w:r>
    </w:p>
    <w:p>
      <w:r>
        <w:br/>
        <w:t>— Не знаю,— збрехала Лисиця.</w:t>
      </w:r>
    </w:p>
    <w:p>
      <w:r>
        <w:br/>
        <w:t>— Скажи Вовкові,— поважно промовив їжак,— що ми не його піддані і на раду до нього не збираємось.</w:t>
      </w:r>
    </w:p>
    <w:p>
      <w:r>
        <w:br/>
        <w:t>Лисиця навіть не попрощалася з їжаками, а чимдуж понесла новину Вовкові. Ще здалека побачила, як Гадюка і Вовк шматують старого Тхора. Злякано озирнулася, сховалася за кущем свирбигузу і прошепотіла: "Це ж вони і мене з'їдять. Що для них двох старий і сухий Тхір! Ні, я близько до них не підійду".</w:t>
      </w:r>
    </w:p>
    <w:p>
      <w:r>
        <w:br/>
        <w:t>Як тільки були облизані тхорові кісточки, Лисиця вибігла з-за куща, низько вклонилася Вовкові і, тремтячи від страху, пробелькотіла:</w:t>
      </w:r>
    </w:p>
    <w:p>
      <w:r>
        <w:br/>
        <w:t>— Була я, великий царю, у їжаків.</w:t>
      </w:r>
    </w:p>
    <w:p>
      <w:r>
        <w:br/>
        <w:t>— Де ж вони? — гавкнув Вовк.</w:t>
      </w:r>
    </w:p>
    <w:p>
      <w:r>
        <w:br/>
        <w:t>— Не хотять іти до тебе, великий володарю. Кажуть, що ти їм не... не цар...</w:t>
      </w:r>
    </w:p>
    <w:p>
      <w:r>
        <w:br/>
        <w:t>— Що-о-о? — заревів Вовк.— Ти чула, Гадюко, що роблять під дубом їжаки?</w:t>
      </w:r>
    </w:p>
    <w:p>
      <w:r>
        <w:br/>
        <w:t>— Чую, чую, мій володарю,— просичала Гадюка.— Треба знищити тих клятих вільнодумців. Вони і мені, і моїм родичам погрожують, а синові навіть хвоста відкусили, ледве живий утік.</w:t>
      </w:r>
    </w:p>
    <w:p>
      <w:r>
        <w:br/>
        <w:t>— Збирайте свої війська,— закричав Вовк,— і я поведу армію на їжаків! Зітру їх з землі! І дуба їхнього знищу!</w:t>
      </w:r>
    </w:p>
    <w:p>
      <w:r>
        <w:br/>
        <w:t>Надвечір Лисиця привела своє військо, а Гадюка — своє. Позбирав і Вовк зграйку голодних сухоребрих вовків. І посунуло те військо на країну їжаків. Наступного дня під вечір дісталися нарешті до дуба.</w:t>
      </w:r>
    </w:p>
    <w:p>
      <w:r>
        <w:br/>
        <w:t>— Гей, їжаку! — зарепетував Вовк.— Вийди і поклонися мені!</w:t>
      </w:r>
    </w:p>
    <w:p>
      <w:r>
        <w:br/>
        <w:t>— А хто ти такий? — спокійно запитав їжак.</w:t>
      </w:r>
    </w:p>
    <w:p>
      <w:r>
        <w:br/>
        <w:t>— Я — цар Вовк!</w:t>
      </w:r>
    </w:p>
    <w:p>
      <w:r>
        <w:br/>
        <w:t>— Не знаю такого.</w:t>
      </w:r>
    </w:p>
    <w:p>
      <w:r>
        <w:br/>
        <w:t>— Що-о-о?! — заревів не своїм голосом Вовк, аж листя на дубі затремтіло.— Скручуйте непокірних їжаків — і живцем подавайте мені їх на вечерю!</w:t>
      </w:r>
    </w:p>
    <w:p>
      <w:r>
        <w:br/>
        <w:t>Гадюки першими кинулися в бій. Нишком повзли вони у високій траві до дуба. Та їжаки не дрімали: зненацька напали на своїх ворогів і повідгризали їм голови. Як побачив те Вовк, то ще лютішим став.</w:t>
      </w:r>
    </w:p>
    <w:p>
      <w:r>
        <w:br/>
        <w:t>— Веди, Лисице, своє військо! — загорлопанив Вовк, аж земля затряслася.</w:t>
      </w:r>
    </w:p>
    <w:p>
      <w:r>
        <w:br/>
        <w:t>— Ой, царю великий,— простогнала хитра Лисиця.— Давай разом будемо наступати. Тоді й переможемо.</w:t>
      </w:r>
    </w:p>
    <w:p>
      <w:r>
        <w:br/>
        <w:t>— Мудро порадила! — гаркнув Вовк і повів своє сухоребре військо на їжаків. Лисиця ж не поспішала.</w:t>
      </w:r>
    </w:p>
    <w:p>
      <w:r>
        <w:br/>
        <w:t>їжаки зразу згорнулися у клубочки. Голодні вовки накинулися на здобич — і від болю страшенно завили, їхні чорні пащі накололися на гострі-прегострі колючки. їжаки накочувалися на вовків своїми колючо-вогняними клубочками і відтісняли тих до болота. Вовки перелякано задкували. Багато їх і затонуло в тих болотах.</w:t>
      </w:r>
    </w:p>
    <w:p>
      <w:r>
        <w:br/>
        <w:t>А з десяток закривавлених вовків разом зі своїм царем, шкутильгаючи, дременуло додому. Лисиця із військом ще раніше намилила ноги.</w:t>
      </w:r>
    </w:p>
    <w:p>
      <w:r>
        <w:br/>
        <w:t>Так хоробрі і дружні їжаки перемогли своїх ворогів, а лютий цар Вовк ніколи вже не захоче вечеряти їжаками.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цар вовк їжаками не наївся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