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то співак проклинає</w:t>
      </w:r>
    </w:p>
    <w:p>
      <w:r>
        <w:br/>
        <w:t xml:space="preserve"> Стояв давно десь замок величний на весь край,&lt;br /&gt;</w:t>
        <w:br/>
        <w:t>Далеко го було видко — аж поза море в гай;&lt;br /&gt;</w:t>
        <w:br/>
        <w:t>Докола замку цвіли городи по двору.&lt;br /&gt;</w:t>
        <w:br/>
        <w:t>В городах грали води вдолину то вгору.</w:t>
      </w:r>
    </w:p>
    <w:p>
      <w:r>
        <w:br/>
        <w:t>Сидів у тім палаці король ци цар відий;&lt;br /&gt;</w:t>
        <w:br/>
        <w:t>Сидів він на столиці похмурний та блідий,&lt;br /&gt;</w:t>
        <w:br/>
        <w:t>Бо що робив — то страх був, вражда — що розказав,&lt;br /&gt;</w:t>
        <w:br/>
        <w:t>Недоля — що подумав, а кров — що написав.</w:t>
      </w:r>
    </w:p>
    <w:p>
      <w:r>
        <w:br/>
        <w:t>Два славні співаченьки прийшли раз у той край,&lt;br /&gt;</w:t>
        <w:br/>
        <w:t>Оден, як сокіл, сивий, а другий — саме май.&lt;br /&gt;</w:t>
        <w:br/>
        <w:t>Старенький з арфов їхав на коню воронім,&lt;br /&gt;</w:t>
        <w:br/>
        <w:t>А молод співаченько йшов пішки попри нім.</w:t>
      </w:r>
    </w:p>
    <w:p>
      <w:r>
        <w:br/>
        <w:t>Старенький так му каже: "Ну ж, синку, пам'ятай, —&lt;br /&gt;</w:t>
        <w:br/>
        <w:t>Найкращі наші пісні тепер си нагадай,&lt;br /&gt;</w:t>
        <w:br/>
        <w:t>Добудь усеї сили, утіхи та жалю,&lt;br /&gt;</w:t>
        <w:br/>
        <w:t>Бо маємо співати лихому королю".</w:t>
      </w:r>
    </w:p>
    <w:p>
      <w:r>
        <w:br/>
        <w:t>Вже стали у світлиці старий із молодим...&lt;br /&gt;</w:t>
        <w:br/>
        <w:t>Король сів на столиці, цариця сіла з ним;&lt;br /&gt;</w:t>
        <w:br/>
        <w:t>Король — страшний, прибраний, гей поломінь в печі,&lt;br /&gt;</w:t>
        <w:br/>
        <w:t>Цариця — люба, мила, гей зоронька вночі.</w:t>
      </w:r>
    </w:p>
    <w:p>
      <w:r>
        <w:br/>
        <w:t>Тот сивий співаченько на струнах як заграв,&lt;br /&gt;</w:t>
        <w:br/>
        <w:t>То срібний єго голос все вище ся змагав,&lt;br /&gt;</w:t>
        <w:br/>
        <w:t>З ним пісня молодого запіла в любий звук,&lt;br /&gt;</w:t>
        <w:br/>
        <w:t>А в ній ся відзиває старого мутен гук.</w:t>
      </w:r>
    </w:p>
    <w:p>
      <w:r>
        <w:br/>
        <w:t>Співають о коханню, співають о гаразді,&lt;br /&gt;</w:t>
        <w:br/>
        <w:t>О вірі і о честі, о славі, о слажді,&lt;br /&gt;</w:t>
        <w:br/>
        <w:t>Співають усе красне, що в людях людських є,&lt;br /&gt;</w:t>
        <w:br/>
        <w:t>Співають усе любе, що в серці людськім б'є.</w:t>
      </w:r>
    </w:p>
    <w:p>
      <w:r>
        <w:br/>
        <w:t>Забувся кепкувати дворян, безличний трут,&lt;br /&gt;</w:t>
        <w:br/>
        <w:t>Зухвалі жовняриська поклони богу б'ють;&lt;br /&gt;</w:t>
        <w:br/>
        <w:t>Цариця не могла вже зневолити чувствам —&lt;br /&gt;</w:t>
        <w:br/>
        <w:t>Узяла квітку з грудей та й дала співакам.</w:t>
      </w:r>
    </w:p>
    <w:p>
      <w:r>
        <w:br/>
        <w:t>"Звели-сте мої люде, тепер ще й дружину!?" —&lt;br /&gt;</w:t>
        <w:br/>
        <w:t>Так крикнув цар остеклий, гей змій, ся лиш здригнув&lt;br /&gt;</w:t>
        <w:br/>
        <w:t>Та й шпурив острий палаш молодцеві у грудь —&lt;br /&gt;</w:t>
        <w:br/>
        <w:t>Місяць пісней з них посоки кроваві д горі б'ють.</w:t>
      </w:r>
    </w:p>
    <w:p>
      <w:r>
        <w:br/>
        <w:t>І гей би буря мела, так кождий утікав.&lt;br /&gt;</w:t>
        <w:br/>
        <w:t>На рученьках старого співак уже сконав;&lt;br /&gt;</w:t>
        <w:br/>
        <w:t>Плащем єго вгортає, виносить го надвір,&lt;br /&gt;</w:t>
        <w:br/>
        <w:t>Садить на ворон-коня, лишає дикий двір.</w:t>
      </w:r>
    </w:p>
    <w:p>
      <w:r>
        <w:br/>
        <w:t>Но перед пишнов брамов співак старенький став&lt;br /&gt;</w:t>
        <w:br/>
        <w:t>І вхопив свою арфу, що славов досі грав,&lt;br /&gt;</w:t>
        <w:br/>
        <w:t>Та й тріснув нев до слупа камінного оклік,&lt;br /&gt;</w:t>
        <w:br/>
        <w:t>Та й крикнув, аж ся голос по всіх мурах промик:</w:t>
      </w:r>
    </w:p>
    <w:p>
      <w:r>
        <w:br/>
        <w:t>"О горе — ясні мури! Навіки най же тут&lt;br /&gt;</w:t>
        <w:br/>
        <w:t>Ні струна не задзвонить, ні пісні не звучуть!&lt;br /&gt;</w:t>
        <w:br/>
        <w:t>Ні, — плач лиш та неволя най вами гомонить,&lt;br /&gt;</w:t>
        <w:br/>
        <w:t>Аж кара вас господня на грузь не розвалить!</w:t>
      </w:r>
    </w:p>
    <w:p>
      <w:r>
        <w:br/>
        <w:t>О горе вам, городи, тобі, маєвий цвіт!&lt;br /&gt;</w:t>
        <w:br/>
        <w:t>Дивіть, яке се личко, дивіться, ой дивіть!&lt;br /&gt;</w:t>
        <w:br/>
        <w:t>Аби-сте повсихали керниці, джерела,&lt;br /&gt;</w:t>
        <w:br/>
        <w:t>Камінєм поставали, без кіти, без зела!</w:t>
      </w:r>
    </w:p>
    <w:p>
      <w:r>
        <w:br/>
        <w:t>О горе чорний збую, піб'є тя наша кров,&lt;br /&gt;</w:t>
        <w:br/>
        <w:t>Аби-сь ти більше слави на світі не найшов!&lt;br /&gt;</w:t>
        <w:br/>
        <w:t>Ім'я твоє най піде у пропасть та у ніч,&lt;br /&gt;</w:t>
        <w:br/>
        <w:t>Як дух той, що сконає, вітрами піде пріч!"</w:t>
      </w:r>
    </w:p>
    <w:p>
      <w:r>
        <w:br/>
        <w:t>Старий прорік се слово, а господь єго чув.&lt;br /&gt;</w:t>
        <w:br/>
        <w:t>Де замок став бувало, то як би і не був!&lt;br /&gt;</w:t>
        <w:br/>
        <w:t>Лиш слуп оден голосить, який тут раз був збит,&lt;br /&gt;</w:t>
        <w:br/>
        <w:t>І той уже попукав — туй-туй ся повалить.</w:t>
      </w:r>
    </w:p>
    <w:p>
      <w:r>
        <w:br/>
        <w:t>А де городи були — пустиня на оклік,&lt;br /&gt;</w:t>
        <w:br/>
        <w:t>Не видко стебелинки, водиці ані пік.&lt;br /&gt;</w:t>
        <w:br/>
        <w:t>Царя ніхто ні в пісні, ні в книзі не згадав —&lt;br /&gt;</w:t>
        <w:br/>
        <w:t>Западок і Забуток! Співак го так прокляв.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то співак проклинає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