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свисне Бабак</w:t>
      </w:r>
    </w:p>
    <w:p>
      <w:r>
        <w:br/>
        <w:t xml:space="preserve"> &lt;p&gt;Ранньої весни, коли в степу на сході сонця по всіх ярах та виярочках вилежуються сонні тумани, а трави ще тільки сходять на пагорбах зеленими табунцями, біля самісінького Куреня ворухнулася раптом суха бур'янина, похиталася-похиталася з боку в бік і впала. А на тому місці, де вона стояла, зробилася нора. У норі хтось важко посапував і сердито бурмотів. А трохи перегодом з-під землі виткнувся в туман гострий писок, за ним — сердитющі настовбурчені вуса, а за вусами і вся голова якогось підземельника — припорошена пилом, без очей і з маленьким ямочками в щетині замість вух.</w:t>
      </w:r>
    </w:p>
    <w:p>
      <w:r>
        <w:br/>
        <w:t>— Пфу! — сказав підземельник, курнувши хмаркою пилу. Потім понюхав туман і прислухався.</w:t>
      </w:r>
    </w:p>
    <w:p>
      <w:r>
        <w:br/>
        <w:t>Біля Куреня, в бур'янах, і далі в степу було тихо, а туман — теплий. Аж тоді підземельник повільно підняв угору дві рогові заслінки побіля вух-ямочок, і з-під них вигулькнуло на світ двоє очей. Вони були маленькі й колючі.</w:t>
      </w:r>
    </w:p>
    <w:p>
      <w:r>
        <w:br/>
        <w:t>— Пфу! Як червоно...</w:t>
      </w:r>
    </w:p>
    <w:p>
      <w:r>
        <w:br/>
        <w:t>Підземельник недобачав, тому сонця не любив.</w:t>
      </w:r>
    </w:p>
    <w:p>
      <w:r>
        <w:br/>
        <w:t>"Гм, де ж це я опинився?" — подумав підземельник сердито, бо йому дуже хотілося їсти, і вибрався з нори весь.</w:t>
      </w:r>
    </w:p>
    <w:p>
      <w:r>
        <w:br/>
        <w:t>Він був кволий після зимового сну, тому ледве переставляв ноги — передні, з гострими роговими пальцями, ще нічого, міцненькі, а задні ледве волочилися, і слідом за ними ледве волочився геть охлялий хвіст.</w:t>
      </w:r>
    </w:p>
    <w:p>
      <w:r>
        <w:br/>
        <w:t>Натнувшись на Курінь, підземельник злякано присів, а що Курінь мовчав і не ворушився, то він осмілів, покуштував язиком вологий від туману мох і став швидко його лизати. Ах, як прохолодно стало йому в грудях, скільки сили прибуло одразу! І підземельник повеселішав.</w:t>
      </w:r>
    </w:p>
    <w:p>
      <w:r>
        <w:br/>
        <w:t>— Ту-ру-ру, ту-ру-ру,— замугикав він і рушив обдивлятися Курінь з усіх боків.</w:t>
      </w:r>
    </w:p>
    <w:p>
      <w:r>
        <w:br/>
        <w:t>Курінь пах землею і мохом і видавався підземельникові горою, що зникала десь високо в тумані. А бур'яни навколо — як ліс, і пахощі їхні були гіркі та прохолодні.</w:t>
      </w:r>
    </w:p>
    <w:p>
      <w:r>
        <w:br/>
        <w:t>"Добре було б отут вирити колодязь,— подумав підземельник.— З цієї гори в нього набігало б у дощі повно води. А на рівному вирий — води набирається при самому дні. Полізеш, лизнеш капельку і вибирайся, дерися знову вгору. Та ще задки... Спробуй!"</w:t>
      </w:r>
    </w:p>
    <w:p>
      <w:r>
        <w:br/>
        <w:t>І тут він опинився напроти Куреневих дверей. З них сивими клубками викочувався туман і дихала вогкість. Підземельник наїжачився і гукнув дуже войовниче:</w:t>
      </w:r>
    </w:p>
    <w:p>
      <w:r>
        <w:br/>
        <w:t>— Турр, турр!</w:t>
      </w:r>
    </w:p>
    <w:p>
      <w:r>
        <w:br/>
        <w:t>У Курені, однак, ніщо й не шелеснуло, тільки луна розкотилась по темних кутках.</w:t>
      </w:r>
    </w:p>
    <w:p>
      <w:r>
        <w:br/>
        <w:t>"Гм, виходить, я прокинувся перший,— подумав підземельник.— А може, ще й Бабак не свистів, може, ще й не весна, а тільки відлига?"</w:t>
      </w:r>
    </w:p>
    <w:p>
      <w:r>
        <w:br/>
        <w:t>І вже геть осмілів (раз він перший, то кого ж йому боятися!) і попхався в Курінь. Проте не зробив і двох кроків, як з-під ніг йому закричали погрозливо:</w:t>
      </w:r>
    </w:p>
    <w:p>
      <w:r>
        <w:br/>
        <w:t>— Ану, не наступаться! — І луна в Курені теж погрозливо проказала:</w:t>
      </w:r>
    </w:p>
    <w:p>
      <w:r>
        <w:br/>
        <w:t>"Ану, не наступа... "</w:t>
      </w:r>
    </w:p>
    <w:p>
      <w:r>
        <w:br/>
        <w:t>Підземельник присів на лапах, зачаїв подих. І тут йому стало лоскотно — в ноги, в боки, в живіт, навіть на кінчикові носа лоскотнуло. Підземельник оглянув себе і побачив, що по ногах йому один за одним, як пожежники по драбині, деруться якісь носаті бігунці. Вони підсаджували один одного носами, підпихали тоненькими ніжками і всі, як один, войовниче ворушили вусиками.</w:t>
      </w:r>
    </w:p>
    <w:p>
      <w:r>
        <w:br/>
        <w:t>— Ти хто такий! — почув підземельник і побачив на кінчикові свого носа такого ж бігунця, як і інші, тільки трохи товщого. Він також ворушив вусами і дивився в очі підземельникові дуже суворо.</w:t>
      </w:r>
    </w:p>
    <w:p>
      <w:r>
        <w:br/>
        <w:t>— А ви хто? — сердито буркнув підземельник.— І чого лоскочетесь?</w:t>
      </w:r>
    </w:p>
    <w:p>
      <w:r>
        <w:br/>
        <w:t>— Ми Мурахи,— поважно одказав той, що сидів на носі.— А я Мурашиний ватаг і питаю в тебе, чого ти наступаєш ногою на вхід до нашого мурашника? Хто такий будеш? І чого тобі в нас треба? Тільки відповідай швидко, бо нам ніколи.</w:t>
      </w:r>
    </w:p>
    <w:p>
      <w:r>
        <w:br/>
        <w:t>— Я Кріт,— сказав підземельник лагідніше, бо од лоскоту йому стало приємно, навіть смішно трохи,— і шукаю, в кого спитати, чи свистів уже Бабак? Наступив же я на вхід до вашого мурашника, як ви кажете, не навмисне, а тому, що недобачаю. А якщо ви — ватаг, то скажіть своїм, хай не лоскочуться. Іще, прошу, скажіть, скільки вас тут є, бо я, правду кажучи, ніколи не бачив такого великого гурту. А як можна, то ще й таке спитаю: куди се ви поспішаєте?</w:t>
      </w:r>
    </w:p>
    <w:p>
      <w:r>
        <w:br/>
        <w:t>Вислухавши це, ватаг щось гукнув до Мурах, щось показав їм вусами, і вони хутко побігли з Крота на землю. Тоді промовив:</w:t>
      </w:r>
    </w:p>
    <w:p>
      <w:r>
        <w:br/>
        <w:t>— Бабак свиснув уже хтозна й відколи, ще вчора в полудень; поспішаємо ми завжди, бо в нас повно роботи під землею і на землі: гнізда будувати, землю викочувати нагору, пшеничину тягти аж з-під Куреня сюди, в Курінь... А всіх нас дев'ять тисяч двісті. Але поки я казав вам, що нас дев'ять тисяч двісті, нас набралося вже дев'ять тисяч триста, а поки я кажу вам, що нас дев'ять тисяч триста, то нас набралося вже дев'ять тисяч чотириста, бо ми ще тільки прокидаємося від зимового сну...</w:t>
      </w:r>
    </w:p>
    <w:p>
      <w:r>
        <w:br/>
        <w:t>— Так, так, я сам тільки що прокинувся,— зітхнув Кріт, бо знову відчув, що йому хочеться їсти, але розсердитися не посмів: адже внизу, біля його ніг, стояла ціла ватага Мурах, до того ж їхній ватажок був такий люб'язний... — Я хотів би подивитися, чи не можна й мені десь тут вирити нору, бо я, розумієте, не терплю світла. А там, у степу, де не виду з-під землі, — скрізь сонце. Іще бачу я: земля тут сира, м'яка... У ній, напевно, є багато черв'ячків, а я, правду сказати, дуже люблю ними снідати.— Тут Кріт сором'язливо посміхнувся і додав: — І обідати.— Тоді посміхнувся ще раз і ще раз додав: — І вечеряти.</w:t>
      </w:r>
    </w:p>
    <w:p>
      <w:r>
        <w:br/>
        <w:t>— То будь ласка! — погодився Мурашиний ватажко.— Будьте нашим сусідом. Правда, в одному кутку оно вже хтось почав рити нору. А в інших трьох вільно. Вибирайте, який вам до вподоби. Тільки зараз подайтеся, прошу, трохи назад і прийміть лапу, бо ви,— пробачте, що знову нагадую,— затулили нею вхід до нашого житла. Пройдіть якось боком.</w:t>
      </w:r>
    </w:p>
    <w:p>
      <w:r>
        <w:br/>
        <w:t>Тут Мурашиний ватаг дістав своєю тоненькою лапкою найближчу до Кротового носа травинку і збіг по ній на землю. А Кріт подався назад і прибрав лапу з ледь помітної нірки в землі.</w:t>
      </w:r>
    </w:p>
    <w:p>
      <w:r>
        <w:br/>
        <w:t>Тим часом ватаг промовив до своєї ватаги:</w:t>
      </w:r>
    </w:p>
    <w:p>
      <w:r>
        <w:br/>
        <w:t>— Братове! Той, кого ми з вами хотіли покарати за шкоду, називається Кротом. Він недобачає і заподіяв нам шкоди ненавмисне. А щоб надалі з ним такого не було, давайте нагорнемо над нашим підземеллям купу землі! Тоді новий наш сусіда бачитиме її ще здалеку і обминатиме. А зараз — усі, як один, стали до роботи!</w:t>
      </w:r>
    </w:p>
    <w:p>
      <w:r>
        <w:br/>
        <w:t>І перший шаснув у нірку, а за ним довгим чорним шнурочком потяглася під землю і вся його ватага.</w:t>
      </w:r>
    </w:p>
    <w:p>
      <w:r>
        <w:br/>
        <w:t>Кріт обережно переступив той шнурочок і увійшов до Куреня. Супроти дірок, що зяяли в туман, на нього війнуло протягом, і він здригнувся. Зате далі, в кутку, було так затишно, так тепло і смерково, що Кріт аж туркнув раденько і вже хотів рити нору, але тут один його вусик зачепився за якусь невидиму струну, і вона голосно бринькнула.</w:t>
      </w:r>
    </w:p>
    <w:p>
      <w:r>
        <w:br/>
        <w:t>— Ну-ну, порви-порви! — почув Кріт у себе над головою грізний покрик і зіщулився, і присів на лапах.</w:t>
      </w:r>
    </w:p>
    <w:p>
      <w:r>
        <w:br/>
        <w:t>А струна задрижала швидко-швидко (схоже, по ній хтось біг), і за мить Кріт побачив біля свого вуса сірого волоханя з довгими гнутими, як дужки, ногами, великим круглим черевцем і маленькою голівкою. Ще волохань мав восьмеро очей, і всі вони зорили в різні боки.</w:t>
      </w:r>
    </w:p>
    <w:p>
      <w:r>
        <w:br/>
        <w:t>— Хто такий? — спитав волохань, погойдуючись на струні та бринькаючи по ній одною лапкою.</w:t>
      </w:r>
    </w:p>
    <w:p>
      <w:r>
        <w:br/>
        <w:t>— Я Кріт,— сердито буркнув йому Кріт, бо йому знову хотілося їсти.— А ти хто, що вигойдуєшся тут?</w:t>
      </w:r>
    </w:p>
    <w:p>
      <w:r>
        <w:br/>
        <w:t>— А я Павук,— поважно мовив волохань.— І не вигойдуюся, а дожидаю муху. А ти сюди по що?</w:t>
      </w:r>
    </w:p>
    <w:p>
      <w:r>
        <w:br/>
        <w:t>— Нору буду рити.— сказав Кріт і чхнув, бо туман зайшов йому в ніздрі. — Мені Мурашиний ватаг дозволив... А ти краще скажи, навіщо тобі стільки очей?</w:t>
      </w:r>
    </w:p>
    <w:p>
      <w:r>
        <w:br/>
        <w:t>— Ха! — посміхнувся Павук.— Щоб дивитися одразу в усі боки. Оно бачиш мою снасть? — показав лапкою вгору.</w:t>
      </w:r>
    </w:p>
    <w:p>
      <w:r>
        <w:br/>
        <w:t>Кріт підвів голову й побачив над собою величезну круглу сіть, що погойдувалася од протягу (цей Павук думав кругло, тому й сіть у нього була кругла).</w:t>
      </w:r>
    </w:p>
    <w:p>
      <w:r>
        <w:br/>
        <w:t>— Так ото я там сиджу і жду мух,— пояснив Павук.— Як тільки налетить котрась, то й заплутається. Тоді я не тільки чую, що павутина дрижить, а ще й бачу, де саме.</w:t>
      </w:r>
    </w:p>
    <w:p>
      <w:r>
        <w:br/>
        <w:t>— А зараз куди ти оце дивишся, що я ніяк не доберу? — спитав Кріт.</w:t>
      </w:r>
    </w:p>
    <w:p>
      <w:r>
        <w:br/>
        <w:t>— На тебе,— усміхнувся Павук.— І праворуч. І ліворуч. І назад... А ти?</w:t>
      </w:r>
    </w:p>
    <w:p>
      <w:r>
        <w:br/>
        <w:t>— А я тільки на тебе, й то недобачаю,— одказав Кріт і теж ніяково усміхнувся.— І в мурашник тільки що вшелепкався...</w:t>
      </w:r>
    </w:p>
    <w:p>
      <w:r>
        <w:br/>
        <w:t>— То, може, давай я тебе навчу бачити у всі боки? — сказав Павук.— Давай?</w:t>
      </w:r>
    </w:p>
    <w:p>
      <w:r>
        <w:br/>
        <w:t>— Та якщо зумієш...— не дуже охоче погодився Кріт, бо йому ж ото хотілося їсти.</w:t>
      </w:r>
    </w:p>
    <w:p>
      <w:r>
        <w:br/>
        <w:t>А Павук зрадів, що випадає погратися, спритно окрутнувся на павутинці й побіг угору до сіті. А як вихопився на неї, гукнув Кротові вниз:</w:t>
      </w:r>
    </w:p>
    <w:p>
      <w:r>
        <w:br/>
        <w:t>— Ти мене бачиш?</w:t>
      </w:r>
    </w:p>
    <w:p>
      <w:r>
        <w:br/>
        <w:t>— Либонь, мріє щось трохи, таке, як ти — і не ти,— узвався Кріт.</w:t>
      </w:r>
    </w:p>
    <w:p>
      <w:r>
        <w:br/>
        <w:t>— Тоді ж пильнуй! — завзято крикнув Павук і подався кружка по своїй снасті.</w:t>
      </w:r>
    </w:p>
    <w:p>
      <w:r>
        <w:br/>
        <w:t>Кріт звівся на задні лапки, ще й на хвостик трохи обіперся і став швидко обертатися за Павуком. Разів зо три обернувся так навколо свого хвостика. Тоді втомився й сів.</w:t>
      </w:r>
    </w:p>
    <w:p>
      <w:r>
        <w:br/>
        <w:t>— Дивись, дивись! — захекано гукав до нього Павук.— А що, вже зморився? Хек-хек... От бач! А мені якби ти оце кружка бігав... хек-хек... а я сидів, крутитися не треба: на те, в мене... хек-хек... восьмеро очей. От я зараз до тебе спиною, а бачу... хек-хек... що ти робиш.</w:t>
      </w:r>
    </w:p>
    <w:p>
      <w:r>
        <w:br/>
        <w:t>— А що я роблю? — спитав Кріт і ледь помітно ворухнув хвостиком.</w:t>
      </w:r>
    </w:p>
    <w:p>
      <w:r>
        <w:br/>
        <w:t>— Хвостиком ворушиш!</w:t>
      </w:r>
    </w:p>
    <w:p>
      <w:r>
        <w:br/>
        <w:t>— А зараз — що? — спитав Кріт і швидко торкнув лапкою один свій вус.</w:t>
      </w:r>
    </w:p>
    <w:p>
      <w:r>
        <w:br/>
        <w:t>— Вусик торкаєш!</w:t>
      </w:r>
    </w:p>
    <w:p>
      <w:r>
        <w:br/>
        <w:t>Павукові дуже сподобалося прихвастувати, і він сказав:</w:t>
      </w:r>
    </w:p>
    <w:p>
      <w:r>
        <w:br/>
        <w:t>— Двоє очей та ще підсліпуватих — то, вважай, нічого, і хто схоче, тебе вхопить. Усяка хапачка!</w:t>
      </w:r>
    </w:p>
    <w:p>
      <w:r>
        <w:br/>
        <w:t>— Не так-то скраю,— образився Кріт.—Я теж, коли хочеш знати, можу бачити у всі боки.</w:t>
      </w:r>
    </w:p>
    <w:p>
      <w:r>
        <w:br/>
        <w:t>— Як? — спитав Павук насмішкувато, але не дуже.</w:t>
      </w:r>
    </w:p>
    <w:p>
      <w:r>
        <w:br/>
        <w:t>— А так. Ось ти паняй по своїй снасті кружка-біжка і зупиняйся де хоч, а я спиною до тебе одвернуся й казатиму, до саме ти зупинився.</w:t>
      </w:r>
    </w:p>
    <w:p>
      <w:r>
        <w:br/>
        <w:t>— Нумо! — весело погодився Павук.— Тільки ж я тепер мовчатиму, бо ти по голосу вгадуватимеш.— І подався кружка.</w:t>
      </w:r>
    </w:p>
    <w:p>
      <w:r>
        <w:br/>
        <w:t>Супроти тої дірки, в яку зазирало сонце, він став і навіть подих затамував. "Хай спробує!" — весело подумав.</w:t>
      </w:r>
    </w:p>
    <w:p>
      <w:r>
        <w:br/>
        <w:t>— Зараз ти сидиш... напроти сонячної дірки,— сказав Кріт. Павук мовчки здивувався, а тоді ще швидше дременув по круглій</w:t>
      </w:r>
    </w:p>
    <w:p>
      <w:r>
        <w:br/>
        <w:t>своїй сіті й знишк над самісіньким Кротом.</w:t>
      </w:r>
    </w:p>
    <w:p>
      <w:r>
        <w:br/>
        <w:t>— А зараз ти наді мною! — сказав Кріт.</w:t>
      </w:r>
    </w:p>
    <w:p>
      <w:r>
        <w:br/>
        <w:t>— Як же ти бачиш? — озвався Павук, і в голосі його вже не чути було хвастощів.— А казав — недобачаєш...</w:t>
      </w:r>
    </w:p>
    <w:p>
      <w:r>
        <w:br/>
        <w:t>— Казав,— засміявся Кріт,— та не зав'язав. Бо в мене замість очей вуха бачать,— Коли ти біжиш, снасть під ногами в тебе каже: рип-рип, рип-рип... А як зупинишся — мовчить. Отож де вона вмовкла, там ти і є.</w:t>
      </w:r>
    </w:p>
    <w:p>
      <w:r>
        <w:br/>
        <w:t>— А-а,— кисло мовив Павук, бо вихвалятися тепер йому було нічим, а просто так гратися не хотілось.— Тоді рий свою нору, а я піду спочивати, бо так ухоркався...— і, втомлено заточуючись, пішов по своїй павутинці вгору.</w:t>
      </w:r>
    </w:p>
    <w:p>
      <w:r>
        <w:br/>
        <w:t>— А як я твою струну вусом порву? — гукнув йому навздогінці Кріт. — Тоді що?</w:t>
      </w:r>
    </w:p>
    <w:p>
      <w:r>
        <w:br/>
        <w:t>— Рви,— сказав Павук, не оглядаючись,— я нову натягну. У мене цих струн стільки, що на сто сіток вистачить.</w:t>
      </w:r>
    </w:p>
    <w:p>
      <w:r>
        <w:br/>
        <w:t>І загойдався на круглій павутинці, і підобгав під себе лапки-дужки, і вже засинав, утомлений. А Кріт де стояв там і зник під землею, тільки грудочки вгору полетіли.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свисне Бабак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