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швидко літо проминуло!</w:t>
      </w:r>
    </w:p>
    <w:p>
      <w:r>
        <w:br/>
        <w:t xml:space="preserve"> Як швидко літо проминуло!&lt;br /&gt;</w:t>
        <w:br/>
        <w:t>Прийшла осінняя пора.&lt;br /&gt;</w:t>
        <w:br/>
        <w:t>Немов на крилах полинуло&lt;br /&gt;</w:t>
        <w:br/>
        <w:t>Кохане літечко з двора!..</w:t>
      </w:r>
    </w:p>
    <w:p>
      <w:r>
        <w:br/>
        <w:t>Садок марніє потихеньку,&lt;br /&gt;</w:t>
        <w:br/>
        <w:t>Пожовклі падають листки,&lt;br /&gt;</w:t>
        <w:br/>
        <w:t>Вітрець не віє вже тепленько,&lt;br /&gt;</w:t>
        <w:br/>
        <w:t>Жене понурії хмарки.</w:t>
      </w:r>
    </w:p>
    <w:p>
      <w:r>
        <w:br/>
        <w:t>Посох горошок на городі,&lt;br /&gt;</w:t>
        <w:br/>
        <w:t>Мачок вже цвіт давно згубив,&lt;br /&gt;</w:t>
        <w:br/>
        <w:t>Високий соняшник на грядці&lt;br /&gt;</w:t>
        <w:br/>
        <w:t>Журливо голову схилив.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швидко літо проминуло!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