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прийдуть до мене гості</w:t>
      </w:r>
    </w:p>
    <w:p>
      <w:r>
        <w:br/>
        <w:t xml:space="preserve"> Гра</w:t>
      </w:r>
    </w:p>
    <w:p>
      <w:r>
        <w:br/>
        <w:t>— Як прийдуть до мене гості —&lt;br /&gt;</w:t>
        <w:br/>
        <w:t>зайченята куцохвості,&lt;br /&gt;</w:t>
        <w:br/>
        <w:t>то скажіть мені, малята,&lt;br /&gt;</w:t>
        <w:br/>
        <w:t>чим їх маю пригощати?</w:t>
      </w:r>
    </w:p>
    <w:p>
      <w:r>
        <w:br/>
        <w:t>— Напечи пиріжків,&lt;br /&gt;</w:t>
        <w:br/>
        <w:t>накриши бурячків,&lt;br /&gt;</w:t>
        <w:br/>
        <w:t>моркви дай,&lt;br /&gt;</w:t>
        <w:br/>
        <w:t>капусти дай —&lt;br /&gt;</w:t>
        <w:br/>
        <w:t>зайченяток пригощай!</w:t>
      </w:r>
    </w:p>
    <w:p>
      <w:r>
        <w:br/>
        <w:t>— Як прийдуть до мене гості —&lt;br /&gt;</w:t>
        <w:br/>
        <w:t>ті лисиці довгохвості,&lt;br /&gt;</w:t>
        <w:br/>
        <w:t>то скажіть мені, малята,&lt;br /&gt;</w:t>
        <w:br/>
        <w:t>чим їх маю пригощати?</w:t>
      </w:r>
    </w:p>
    <w:p>
      <w:r>
        <w:br/>
        <w:t>— Давай льоду печеного,&lt;br /&gt;</w:t>
        <w:br/>
        <w:t>давай прута перченого.&lt;br /&gt;</w:t>
        <w:br/>
        <w:t>З півника пір'ячко,&lt;br /&gt;</w:t>
        <w:br/>
        <w:t>з курочки пір'ячко,&lt;br /&gt;</w:t>
        <w:br/>
        <w:t>віником до дверей,&lt;br /&gt;</w:t>
        <w:br/>
        <w:t>щоб не крали курей!</w:t>
      </w:r>
    </w:p>
    <w:p>
      <w:r>
        <w:br/>
        <w:t>— Як прийдуть до мене гості —&lt;br /&gt;</w:t>
        <w:br/>
        <w:t>сіроманці сірохвості,&lt;br /&gt;</w:t>
        <w:br/>
        <w:t>то скажіть мені, малята,&lt;br /&gt;</w:t>
        <w:br/>
        <w:t>чим їх маю пригощати?</w:t>
      </w:r>
    </w:p>
    <w:p>
      <w:r>
        <w:br/>
        <w:t>— Зачиняй всі вікна й двері&lt;br /&gt;</w:t>
        <w:br/>
        <w:t>та сідай до вечері сам!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прийдуть до мене гості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