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мужик Гарасим лікарем став</w:t>
      </w:r>
    </w:p>
    <w:p>
      <w:r>
        <w:br/>
        <w:t xml:space="preserve"> &lt;p&gt;Жив собі раз мужичок, Гарасим звався. Мав вів жінку Варварку, добру, лагідну, роботящу. Жили вони собі в згоді і Любови. Та одну лиш хибу мав Гарасим, він любив свою жінкув як душу, але тряс її не разв як грушу. Вона ж бідна зносила все терпеливо, аби сусіди не покмітили; мимо лиха ще й весело на світ дивилася. Гарасим пізнав свій гидкий блуд, сто раз не раз присягався, що більше такого не зробить, та цілий тиждень була добра погода, а в неділю знов така буря, що годі витримати. А все то через ту прокляту горівку.</w:t>
      </w:r>
    </w:p>
    <w:p>
      <w:r>
        <w:br/>
        <w:t>Одної неділі Варвара знов слізьми умивалася, бо ціле її тіло покрив любий чоловічок синцями. Давно була б вона його покинула і в світ пішла, але бідні діточки її мов ланцами до хати приковували.</w:t>
      </w:r>
    </w:p>
    <w:p>
      <w:r>
        <w:br/>
        <w:t>Отжев плачучив сиділа вона на ослоні і колисала малу дитину. Нараз відчинилися двері і в хату вступили якісь пани.</w:t>
      </w:r>
    </w:p>
    <w:p>
      <w:r>
        <w:br/>
        <w:t>— Не знаєш ти, жінко Божа, в вашім селі якого знахора; у царя донька — а він лиш одну, як одну душу має — дуже заслабла. Перед тижнем їла вона рибу, остю удавилася і годі найти спосіб, аби ту чортівську ость з горла вийняти. Всі лікарі цілого царства зсушили собі голови, а ость наче до горла приросла; бідна царівна трохи не гине і мучиться несказанно.</w:t>
      </w:r>
    </w:p>
    <w:p>
      <w:r>
        <w:br/>
        <w:t>Варварі зроїлася дивна думка в голові, вона і каже:</w:t>
      </w:r>
    </w:p>
    <w:p>
      <w:r>
        <w:br/>
        <w:t>— Знаю одного преславного лікаря, але одна біда з ним: він нікому не хоче признатися, що він славний знахор, що знає, яка сила в котрім зіллі і корінні.</w:t>
      </w:r>
    </w:p>
    <w:p>
      <w:r>
        <w:br/>
        <w:t>— Не журись, на його упертість знайдемо лік, — говорили царські післанці. — Скажи нам лише, де його шукати?</w:t>
      </w:r>
    </w:p>
    <w:p>
      <w:r>
        <w:br/>
        <w:t>— От-там у саду спить.</w:t>
      </w:r>
    </w:p>
    <w:p>
      <w:r>
        <w:br/>
        <w:t>— Ходімо! — сказали і пішли у сад. Приходять до Гарасима, збудили і просять його, аби з ними</w:t>
      </w:r>
    </w:p>
    <w:p>
      <w:r>
        <w:br/>
        <w:t>до царя ішов царівну лічити.</w:t>
      </w:r>
    </w:p>
    <w:p>
      <w:r>
        <w:br/>
        <w:t>— Хрестіться, добрі люди, я не лікар і не знахор.</w:t>
      </w:r>
    </w:p>
    <w:p>
      <w:r>
        <w:br/>
        <w:t>— Пожди, хитруне, — сказали посланці і почали його так парити, що аж душа з тіла вилазила.</w:t>
      </w:r>
    </w:p>
    <w:p>
      <w:r>
        <w:br/>
        <w:t>Вкінці посадили його в коляску і гайда з ним до самого царя, лиш закурилось за ними.</w:t>
      </w:r>
    </w:p>
    <w:p>
      <w:r>
        <w:br/>
        <w:t>Привезли Гарасима до царя і кажуть:</w:t>
      </w:r>
    </w:p>
    <w:p>
      <w:r>
        <w:br/>
        <w:t>— Найшли ми, світлий царю, славного лікаря, але він без гупанців лічити не хоче.</w:t>
      </w:r>
    </w:p>
    <w:p>
      <w:r>
        <w:br/>
        <w:t>— Коли так, то бийте його, що ся влізе, прочухайте його, аби до скону пам'ятав! — сказав гнівно зажурений цар.</w:t>
      </w:r>
    </w:p>
    <w:p>
      <w:r>
        <w:br/>
        <w:t>Кличуть Гарасима до хворої царівни, а він упав до ніг царських і всім кленеться, проклинається, що він неучений чоловік.</w:t>
      </w:r>
    </w:p>
    <w:p>
      <w:r>
        <w:br/>
        <w:t>Господи! Цар лиш моргнув, а по його плечах таке посипалось, що йому аж у очах почорніло. Думає Гарасим собі: "Що се за біда, що се за напасть? І з порожніми коновками мене сьогодні вранці не перейшли, і заєць дороги не перебіг, а тебе, небоже, гарно чухають, хоч і не свербить, і лиш хріну та редьки їсти дають. Се гнів Божий, б'ють, що аж шкіра тріскає; як се так далі буде, то вже я більше зозулі не почую. Що маю робити; скачи враже, як пан каже; у сім клопоті одна моя спасівка — лікарем стати, бо довго бігме, що не видержу. Прийшлося в неділю плакати, хоч у п'ятницю не сміявся. Треба брехати, бо виджу, що тепер у світі правдою далеко не зайдеш".</w:t>
      </w:r>
    </w:p>
    <w:p>
      <w:r>
        <w:br/>
        <w:t>— Добре, — каже Гарасим, — вилічу царівну, тілько прошу нас обох зоставити.</w:t>
      </w:r>
    </w:p>
    <w:p>
      <w:r>
        <w:br/>
        <w:t>Всі повиходили.</w:t>
      </w:r>
    </w:p>
    <w:p>
      <w:r>
        <w:br/>
        <w:t>"Коби ся мені удало її розсмішити, то би ость вилетіла і я би напасти позбувся", — думає собі Гарасим і почав якоїсь ча-барашки співати, якогось козака так несамовито гуляти, невидані викрутаси і вихиляси витинати, що царівна на голос так зареготалася, що тут і ость з горла вилетіла.</w:t>
      </w:r>
    </w:p>
    <w:p>
      <w:r>
        <w:br/>
        <w:t>— Ага! Маю тебе! — скрикнув мужичок, підняв ость і подав цареви, а цар так утішився, що йому цілий мішечок червінців подарував.</w:t>
      </w:r>
    </w:p>
    <w:p>
      <w:r>
        <w:br/>
        <w:t>Гарасим такий рад, що й не сказати, все лихо позабув і втішний до дому збирався, але ось до царського двору ціла юрба людей посходилася, а все самі хворі. Зачули про славного лікаря і всі хочуть, щоб він їх від хвороби вибавив; всі насилу кричать:</w:t>
      </w:r>
    </w:p>
    <w:p>
      <w:r>
        <w:br/>
        <w:t>— Рятуй нас, преславний лікарю!</w:t>
      </w:r>
    </w:p>
    <w:p>
      <w:r>
        <w:br/>
        <w:t>&amp;#9830;Бідо ж моя гірка!" — подумав собі Гарасим, шкробаючись у потилицю.</w:t>
      </w:r>
    </w:p>
    <w:p>
      <w:r>
        <w:br/>
        <w:t>— Нехай вас другі лічать, — каже він їмв — я лікар лиш для царської дочки!</w:t>
      </w:r>
    </w:p>
    <w:p>
      <w:r>
        <w:br/>
        <w:t>— Що? Дивись, який мудрагелик! А щоби тебе болячка взяла! Пропасниця терла! Хоче нами цвинтар засіяти! — зашуміли всі і почали його так обробляти, такого йому гарту завдавати, що наш Гарасим мов не своїм голосом закричав:</w:t>
      </w:r>
    </w:p>
    <w:p>
      <w:r>
        <w:br/>
        <w:t>— Гов, стійте! Про мене, я і вас лічити буду, лиш дивіться, щоб добре заплатили.</w:t>
      </w:r>
    </w:p>
    <w:p>
      <w:r>
        <w:br/>
        <w:t>— І останнє дамо, лиш оздорови нас, бо вже ладаном пахнемо!</w:t>
      </w:r>
    </w:p>
    <w:p>
      <w:r>
        <w:br/>
        <w:t>Всі зійшлися до великої кімнати, там лікар їм і каже:</w:t>
      </w:r>
    </w:p>
    <w:p>
      <w:r>
        <w:br/>
        <w:t>— Аби вас усіх вилічити, треба найслабшого з вас у печі спалити, з його попелу золу зробити і кожному датися напити. Розкладайте огонь!</w:t>
      </w:r>
    </w:p>
    <w:p>
      <w:r>
        <w:br/>
        <w:t>Приступив він до одного і каже йому:</w:t>
      </w:r>
    </w:p>
    <w:p>
      <w:r>
        <w:br/>
        <w:t>— Чоловічку добрий, у тебе душа на ниточці висить, лагодься на смерть! Кидайте його в піч!</w:t>
      </w:r>
    </w:p>
    <w:p>
      <w:r>
        <w:br/>
        <w:t>— Кого, мене? Я здоров!</w:t>
      </w:r>
    </w:p>
    <w:p>
      <w:r>
        <w:br/>
        <w:t>— То якого чорта сюди прийшов, рушай собі! — сварив Гарасим, а той бігцем через двері та на двір.</w:t>
      </w:r>
    </w:p>
    <w:p>
      <w:r>
        <w:br/>
        <w:t>Цар його питає:</w:t>
      </w:r>
    </w:p>
    <w:p>
      <w:r>
        <w:br/>
        <w:t>— А що там?</w:t>
      </w:r>
    </w:p>
    <w:p>
      <w:r>
        <w:br/>
        <w:t>— Я вже здоров, як горіх, — відповів хворий ів мов та марав зник.</w:t>
      </w:r>
    </w:p>
    <w:p>
      <w:r>
        <w:br/>
        <w:t>Так сталося з усіма; за хвилю всі хорі виздоровіли, сліпі чули, глухі виділи, хромі промовили, а німі знов ходили.</w:t>
      </w:r>
    </w:p>
    <w:p>
      <w:r>
        <w:br/>
        <w:t>— Сему лікареви нема пари на світі, — каже цар і подарував йому ще один мішок грошей, багатий жупан, дорогу коляску і пару коней.</w:t>
      </w:r>
    </w:p>
    <w:p>
      <w:r>
        <w:br/>
        <w:t>Як який пан-вельможа поїхав Гарасим додому. Жив він у достатках і до самої смерти не бив більше своєї жінки, лише любив і шанував її, як Бог приказав; бо знав, як то болить, коли кого б'ють.</w:t>
      </w:r>
    </w:p>
    <w:p>
      <w:r>
        <w:br/>
        <w:t>1887 р.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мужик Гарасим лікарем став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