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Як мураші наїлися цукру</w:t>
      </w:r>
    </w:p>
    <w:p>
      <w:r>
        <w:br/>
        <w:t xml:space="preserve"> &lt;p&gt;Зимою мурашів не видно. Вони сховалися під землею, затулили дірочки і ждуть, поки стане тепло.</w:t>
      </w:r>
    </w:p>
    <w:p>
      <w:r>
        <w:br/>
        <w:t>Коли настане весна і буде тепло, мураші поодтуляють дірочки і повилазять на сонечко. Є колючий такий будяк, і на тому будяку живуть зелененькі малесенькі тлі. Вони ссуть той будяк.</w:t>
      </w:r>
    </w:p>
    <w:p>
      <w:r>
        <w:br/>
        <w:t>От мураші позлазять на ті будяки і беруться вусами лоскотати тлю. Полоскоче, полоскоче, а тля й пустить із себе крапельку соку, що вона насмоктала з будяка. Тоді мураш ту крапельку ковтне та й біжить до другої тлі. І ту полоскоче, і та крапельку пустить, і цю крапельку ковтне собі мураш. Так і живуть — доять оту зелененьку тлю.</w:t>
      </w:r>
    </w:p>
    <w:p>
      <w:r>
        <w:br/>
        <w:t>Чи ти коли-небудь роздивлявся добре мураша? У нього є голова, а на голові вуса. Тими вусами вони лоскочуть тлю, видоюють з неї молоко.</w:t>
      </w:r>
    </w:p>
    <w:p>
      <w:r>
        <w:br/>
        <w:t>Та в мураша не тільки вуса є на голові. Є в нього й очі, лупаті та круглі. Є ще й кусачки-кліщаки.</w:t>
      </w:r>
    </w:p>
    <w:p>
      <w:r>
        <w:br/>
        <w:t>Як упіймати двох мурашів, щоб були не з одного мурашника, та вкинути їх у склянку, то вони, бува, почнуть битися.</w:t>
      </w:r>
    </w:p>
    <w:p>
      <w:r>
        <w:br/>
        <w:t>Чи ти бачив колись, як мураші б'ються? Кулаків у них немає, а є оті кусачки. От вони позчеплюються тими кусачками і дивляться одне на одного.</w:t>
      </w:r>
    </w:p>
    <w:p>
      <w:r>
        <w:br/>
        <w:t>В мураша є їдка кислота. Як вони позчеплюються, то й починають згинатися, щоб бризнути одне одному ту їдку кислоту. Хто перший бризне другому кислоту, той і дужчий.</w:t>
      </w:r>
    </w:p>
    <w:p>
      <w:r>
        <w:br/>
        <w:t>У мене був мурашник у хаті. Літом пішов я на вигін, одшукав, де живуть мураші, копнув лопатою так, щоб ухопити багато мурашів та яєчок їхніх, і поніс до себе в хату. Там я взяв два скельця та й улаштував мурашів із землею між тими скельцями.</w:t>
      </w:r>
    </w:p>
    <w:p>
      <w:r>
        <w:br/>
        <w:t>Так вони в мене жили цілу зиму.</w:t>
      </w:r>
    </w:p>
    <w:p>
      <w:r>
        <w:br/>
        <w:t>Поробили в землі між склом доріжки, коридори, кімнати і живуть.</w:t>
      </w:r>
    </w:p>
    <w:p>
      <w:r>
        <w:br/>
        <w:t>Треба ж їх і годувати. Годувати треба медом. Меду в мене на той час не було. Я взяв маленький шматочок цукру і поклав там, де в них був коридор. Поклав, а сам дивлюся, що воно буде.</w:t>
      </w:r>
    </w:p>
    <w:p>
      <w:r>
        <w:br/>
        <w:t>Виліз один мураш у коридор, знайшов цукор та й припав до нього.</w:t>
      </w:r>
    </w:p>
    <w:p>
      <w:r>
        <w:br/>
        <w:t>Припав і смокче.</w:t>
      </w:r>
    </w:p>
    <w:p>
      <w:r>
        <w:br/>
        <w:t>Тоді і другий мураш виліз — і теж до цукру. Смокче. Тоді третій.</w:t>
      </w:r>
    </w:p>
    <w:p>
      <w:r>
        <w:br/>
        <w:t>Сидять на шматочку цукру і ссуть.</w:t>
      </w:r>
    </w:p>
    <w:p>
      <w:r>
        <w:br/>
        <w:t>Дивився я, дивився, аж в одного мураша черевце розпухло. Було чорне, а зробилося смугасте і здорове стало.</w:t>
      </w:r>
    </w:p>
    <w:p>
      <w:r>
        <w:br/>
        <w:t>Ну, думаю, об'їлися мої мураші цукру. Тепер захворіють і загинуть. Було б, думаю, не давати їм одразу стільки цукру, а то як же я їх тепер лікуватиму!</w:t>
      </w:r>
    </w:p>
    <w:p>
      <w:r>
        <w:br/>
        <w:t>Мураш дуже маленький, лікаря до нього не покличеш і температури йому не зміряєш. Пропали, думаю, мої мураші.</w:t>
      </w:r>
    </w:p>
    <w:p>
      <w:r>
        <w:br/>
        <w:t>Коли дивлюсь, а перший мураш перестав смоктати цукор. Учепився лапками за землю й висить так.</w:t>
      </w:r>
    </w:p>
    <w:p>
      <w:r>
        <w:br/>
        <w:t>Тут ще повилазили мураші, та вже не йдуть до цукру. Може, ці розумніші, не хочуть, щоб їм так черево рознесло?</w:t>
      </w:r>
    </w:p>
    <w:p>
      <w:r>
        <w:br/>
        <w:t>Ні, видно, й ці хочуть солодкого. Підповзли до того мураша і почали його лоскотати вусами. Полоскочуть, полоскочуть — він і пустить із себе солодку краплю. Припали вони до цього мураша і ссуть уже з нього цукор. Виходить, що цей мураш мусив їх усіх напувати. Так вони смоктали з нього дуже довго, а коли висмоктали, то й черевце в нього зробилося знову чорне й мале.</w:t>
      </w:r>
    </w:p>
    <w:p>
      <w:r>
        <w:br/>
        <w:t>Він тоді встав, розгладив вуса і пішов спати.</w:t>
      </w:r>
    </w:p>
    <w:p>
      <w:r>
        <w:br/>
        <w:t>Так я і годував своїх мурашів зимою цукром. А навесні, коли стало тепло, знову випустив їх на вигін. Хай смокчуть тепер ту зелену тлю, що на будяках.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Як мураші наїлися цукру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