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козак пихатого пана провчив</w:t>
      </w:r>
    </w:p>
    <w:p>
      <w:r>
        <w:br/>
        <w:t xml:space="preserve"> &lt;p&gt;Було це за часів великого гетьмана. Збирав тоді гетьман Богдан військо, щоб свободу Украйні здобути. Тільки як його усіх селян оповістити, щоб до війська збиралися? І вирішив тоді гетьман по всій Украйні універсали розіслати. Ну, звичайно, покликав писаря, розказав йому, що і як писати. Той зробив скільки-то копій. Тоді гетьман до козаків звернувся: "Гей, дітки! Хочу я сповістити народ наш, щоб у кожному селі усі, хто сили має, озброювалися, били панів із підпанками та до лав війська козацького поспішали. Бо ж бо тільки великими силами зможемо подолати ворогів наших. Хто з вас погодиться по панських маєтках їздити, правду про діло наше святе розповідати?"</w:t>
      </w:r>
    </w:p>
    <w:p>
      <w:r>
        <w:br/>
        <w:t>&amp;#8195; Звичайно, визвалися сміливці, і серед них козарлюга один. Його товариство Швидкоглядом охрестило. Такий спритний, швидкий та вдалий, а розумний же, Господи! Все каламбурить, каламбурить, а, бува, полковник тільки скаже: "Треба подумати, як те і те зробити", як у козака вже й план готовий є. Або все лежить, спить, або люльку палить, аж як мусять гінця посилати, обов’язково цього молодика кличуть, бо він за годину куди завгодно дійде й назад повернеться. Знали братчики, що химородник він, тому і зверталися за допомогою ті, кому потрібно або важке поранення якнайскоріше загоїти, або про долю жінки чи нареченої зниклої дізнатися.</w:t>
      </w:r>
    </w:p>
    <w:p>
      <w:r>
        <w:br/>
        <w:t>&amp;#8195; Так ось, взяв Швидкогдяд універсал, за пазуху поклав, гетьману вклонився, оселедець навколо лівого вуха закрутив і пішов із табору, поки інші гінці коней сідлали.</w:t>
      </w:r>
    </w:p>
    <w:p>
      <w:r>
        <w:br/>
        <w:t>&amp;#8195; Зайшов у ліс, тричі через голову перевернувся та перетворився на вовка-сіроманця, і як припустить! Дістався села, став людиною і до найбіднішої хатки шмигонув. Там з хазяями – шу-шу-шу! – побалакав, вони народ і запросили на околицю. Честь-честю зачитав дядькам універсал, розтлумачив, як до війська дістатися, і знов ноги в руки та гайда!</w:t>
      </w:r>
    </w:p>
    <w:p>
      <w:r>
        <w:br/>
        <w:t>&amp;#8195; Багато міст побачив та сіл обійшов і одного разу завітав до одного маєтку панського, тільки почав до людей говорити, як сталася несподівана річ – заманулося пану на полювання поїхати. Він до лісу, а там почесне зібрання гомонить.</w:t>
      </w:r>
    </w:p>
    <w:p>
      <w:r>
        <w:br/>
        <w:t>&amp;#8195; Ну, служки схопили Швидкогляда, перед очі панові поставили. Пан від люті аж посинів.</w:t>
      </w:r>
    </w:p>
    <w:p>
      <w:r>
        <w:br/>
        <w:t>&amp;#8195; – Ти навіщо, такий-сякий, мою землю топчеш, моїх рабів бунтуєш? – бризкає слиною пан.</w:t>
      </w:r>
    </w:p>
    <w:p>
      <w:r>
        <w:br/>
        <w:t>&amp;#8195; Скривився козак, наче кисле проковтнув:</w:t>
      </w:r>
    </w:p>
    <w:p>
      <w:r>
        <w:br/>
        <w:t>&amp;#8195; – Хіба це твоя земля? І де тії раби? Це наша земля, і ми – люди вільні.</w:t>
      </w:r>
    </w:p>
    <w:p>
      <w:r>
        <w:br/>
        <w:t>&amp;#8195; – Моя! – горлає пан. – У мене про це грамота є, королем затверджена. І всі, хто на цій землі живе – мої раби.</w:t>
      </w:r>
    </w:p>
    <w:p>
      <w:r>
        <w:br/>
        <w:t>&amp;#8195; – Так на цій землі не тільки люди живуть, – сміється Швидкогляд. – Тут ще й вовки, лиси, ведмеді мешкають. А вже про птахів та комах і казати годі. Невже ж і вони твої раби? До речі, ти, паночку, їх про це сповістив?</w:t>
      </w:r>
    </w:p>
    <w:p>
      <w:r>
        <w:br/>
        <w:t>&amp;#8195; – Отакої! Мені не треба цю мізерію сповіщати! – пихато відповідає пан. – Як схочу, то накажу усіх птахів перестріляти, усіх комах перебити. Я – хазяїн. Що бажаю, те й роблю. Ось зараз звелю коней з візка випрягти, а отих нікчемників, що бунтувати супроти моєї милості хотіли, запрягти. І сам у той візок всядуся.</w:t>
      </w:r>
    </w:p>
    <w:p>
      <w:r>
        <w:br/>
        <w:t>&amp;#8195; Махнув своїм поплічникам, вони шаблюки вихопили, на людей посунули. Ну, Швидкогляд плечима повів, чубом тряхнув – пан про нього і забув одразу. Шепнув щось козак сільським ватажкам, а потім у лісову хащу подався.</w:t>
      </w:r>
    </w:p>
    <w:p>
      <w:r>
        <w:br/>
        <w:t>&amp;#8195; Панові ж служники повипрягали коней, а замість них самих старих та шанованих дідів повпрягали. Пан зареготав, у візок всівся й горлає.</w:t>
      </w:r>
    </w:p>
    <w:p>
      <w:r>
        <w:br/>
        <w:t>&amp;#8195; – Ну ж бо, мої коники прудконогі, біжіть до болота. Ми там полювання на комах влаштуємо. Хто більше комарів спіймає, тому ласкаво дозволю у своєму лісі мухомори збирати. Дивіться, – загрожує, – якщо будете повільно рухатися, то скуштуєте батогів.</w:t>
      </w:r>
    </w:p>
    <w:p>
      <w:r>
        <w:br/>
        <w:t>&amp;#8195; Перехрестилися дідки і мерщій до багнища. Та так швидко, що слуги панські повідставали.</w:t>
      </w:r>
    </w:p>
    <w:p>
      <w:r>
        <w:br/>
        <w:t>&amp;#8195; А Швидкогляд у цей час за кущем тричі через голову перевернувся і перетворився на комарика. Полетів до болота, зібрав комах до дідька лисого, навчив, що робити, і далі полетів.</w:t>
      </w:r>
    </w:p>
    <w:p>
      <w:r>
        <w:br/>
        <w:t>&amp;#8195; Прилетів до барлогу ведмежого, тричі через голову перевернувся і перетворився на ведмедя. Заревів так, що кудлач із домівки вискочив, наче ошпарений. Зібралися й інші тварини. І з ними чаклун побалакав, чомусь навчив та й знову тричі через голову перевернувся і перетворився на сокола. Полетів сокіл, заклекотів; зібрав таку зграю, що й за сім п’ятниць не перелічити, і птахам завданнячко дав.</w:t>
      </w:r>
    </w:p>
    <w:p>
      <w:r>
        <w:br/>
        <w:t>&amp;#8195; У цей час приїжджає до багна пан.</w:t>
      </w:r>
    </w:p>
    <w:p>
      <w:r>
        <w:br/>
        <w:t>&amp;#8195; – Тпру! – репетує. – Нумо, коники, біжіть, комах ловити. – Дідки й порозбігалися.</w:t>
      </w:r>
    </w:p>
    <w:p>
      <w:r>
        <w:br/>
        <w:t>&amp;#8195; Сидить пан у візку, зітхає. Відкрив рота, а туди комарів налетіло! І кожен за язик ужалити намагається. Інші комарі теж гав не ловлять, куди заманеться пана жигають. Дзижчать: "Не раби ми тобі, пане, не раби!" Він спочатку одмахувався, а потім з візка зіскочив. "Рятуйте!" – галасує.</w:t>
      </w:r>
    </w:p>
    <w:p>
      <w:r>
        <w:br/>
        <w:t>&amp;#8195; Тільки з візка зіскочив, як бачить – ведмідь до нього прямує, а за ним і лиси, і зайці, і білки, кого тільки нема. Пан навтьоки. Та де там! Спіймали його, заламали, і – лясь! лясь! – давай сердешного хворостинити. Хто по спині, а хто і нижче. Товкли його, товкли, аж втомилися. "Ну що, – питають, – більше не будеш нас зневажати, своїми рабами обзивати?" Дивляться: а пан ледь живий лежить. Ну, то й звірі у своїх справах і порозходилися.</w:t>
      </w:r>
    </w:p>
    <w:p>
      <w:r>
        <w:br/>
        <w:t>&amp;#8195; Хотів пан встати, та ноги в нього підгинаються, дрижать, от він накарачках з лісу й почвалав. Аж звідки і взялися птахи. Такого галасу наробили, аж луна розляглася. А він чує: "Не раби ми тобі, не раби!"</w:t>
      </w:r>
    </w:p>
    <w:p>
      <w:r>
        <w:br/>
        <w:t>&amp;#8195; Виповзає пан з лісу, а там люди стоять, гиготять, аж за боки взялися. І виходить вперед Швидкогляд, посміхається люб’язно.</w:t>
      </w:r>
    </w:p>
    <w:p>
      <w:r>
        <w:br/>
        <w:t>&amp;#8195; – Що, – каже, – паночку, отримав розуму через задню браму? Чия це земля, відповідай!</w:t>
      </w:r>
    </w:p>
    <w:p>
      <w:r>
        <w:br/>
        <w:t>&amp;#8195; – Ваша, – шепоче пан. – І ви всі вільні. Тільки життя, життя даруйте!</w:t>
      </w:r>
    </w:p>
    <w:p>
      <w:r>
        <w:br/>
        <w:t>&amp;#8195; Козак йому:</w:t>
      </w:r>
    </w:p>
    <w:p>
      <w:r>
        <w:br/>
        <w:t>&amp;#8195; – Щоб сьогодні ж усім вільну дав, бо як повернуся, то замало тобі не буде.</w:t>
      </w:r>
    </w:p>
    <w:p>
      <w:r>
        <w:br/>
        <w:t>&amp;#8195; Пішов собі Швидкогляд далі, по інших містах та селах, поніс звістку радісну про волю народну.</w:t>
      </w:r>
    </w:p>
    <w:p>
      <w:r>
        <w:br/>
        <w:t>&amp;#8195; Пан той, бають, не збрехав, у той же день усіх селян звільнив, гроші бідним пороздавав, а сам до Англії подався. У них, англійців, усюди лад, ні комахи, ні звірі, ні птахи не розмовляють; хіба що папуги у цирку. А це ж зовсім інша справа.</w:t>
      </w:r>
    </w:p>
    <w:p>
      <w:r>
        <w:br/>
        <w:t>&amp;#8195; Чи правда воно, чи брехня – не знаю. За що купив, за те й продаю.</w:t>
      </w:r>
    </w:p>
    <w:p>
      <w:r>
        <w:br/>
        <w:t>* Великий гетьман – гетьман Богдан Хмельницький.</w:t>
      </w:r>
    </w:p>
    <w:p>
      <w:r>
        <w:br/>
        <w:t>* Універсалом називається документ, що у феодальній Речі Посполитій і на Україні XVI-XVIII ст. мав характер публічно-правового акта (маніфест, жалувана грамота й ін.)</w:t>
      </w:r>
    </w:p>
    <w:p>
      <w:r>
        <w:br/>
        <w:t>* Химородник – так називали віщунів, характерників на Запорозькій Січі.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козак пихатого пана провчив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