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став чемпіоном</w:t>
      </w:r>
    </w:p>
    <w:p>
      <w:r>
        <w:br/>
        <w:t xml:space="preserve"> &lt;p&gt;Мабуть, вродився я нещасливим. Всяка напасть липне до мене, як мухи до меду. Ну от візьміть просту річ: всіх на ймення кличуть, а мене?.. Тільки вигляну з хати, хлопці кричать: "Гей, Печений! Іди сюди, Печений!"</w:t>
      </w:r>
    </w:p>
    <w:p>
      <w:r>
        <w:br/>
        <w:t>В таких випадках, напевно, легенько гикається моїй бабусі. Це вона, моя люба, у всьому винна. Був я зовсім маленький, пішки під стіл ходив. Скупала мене бабуся в ночвах, чистеньку сорочечку одягла. Якраз плита топилася. Простелила бабуся газету і мене на тепле посадила. Хай, мовляв, погріється онучок. А сама почовгала в хлів, до корови.</w:t>
      </w:r>
    </w:p>
    <w:p>
      <w:r>
        <w:br/>
        <w:t>Далі трапилась така історія. Загорілася газета, а від неї й сорочечка. Мені б за відерко скоріше і вогонь гасити, так я ж малосвідомий був. Кричу не своїм голосом, ніжками дригаю. Поки прибігла бабуся, я вже геть обсмалився. Голенький сиджу... Глянула бабуся і в крик: "Ой боженько, дитина спеклася!.."</w:t>
      </w:r>
    </w:p>
    <w:p>
      <w:r>
        <w:br/>
        <w:t>З того й пішло — дражнять Печеним.</w:t>
      </w:r>
    </w:p>
    <w:p>
      <w:r>
        <w:br/>
        <w:t>А насправді звати мене Борка. Теж, признатися, не повезло. Інколи сам думаю: чого це мене Боркою назвали? Ніби спеціально для посміховиська. Скажете, Борис — нормальне ім’я. Для кого, може, й нормальне, а для мене — одна біда. От уявіть собі: виходжу я на вулицю, а хлопці (знають, хитрюги, що я гаркавий) і починають:</w:t>
      </w:r>
    </w:p>
    <w:p>
      <w:r>
        <w:br/>
        <w:t>— Як тебе звати?</w:t>
      </w:r>
    </w:p>
    <w:p>
      <w:r>
        <w:br/>
        <w:t>— Болка,— відповідаю.</w:t>
      </w:r>
    </w:p>
    <w:p>
      <w:r>
        <w:br/>
        <w:t>— Болка — карболка! — регочуть, дурні. А потім знов:</w:t>
      </w:r>
    </w:p>
    <w:p>
      <w:r>
        <w:br/>
        <w:t>— Скажи — трактор.</w:t>
      </w:r>
    </w:p>
    <w:p>
      <w:r>
        <w:br/>
        <w:t>— Тлактол,— повторюю, а сам відчуваю: ось-ось зарюмсаю.</w:t>
      </w:r>
    </w:p>
    <w:p>
      <w:r>
        <w:br/>
        <w:t>Ото вже втіха для хлопців! Аж за животи хапаються, аж синіють бідолашні. Всі слова на "р" пригадують та смикають: скажи — рак, скажи — сорока...</w:t>
      </w:r>
    </w:p>
    <w:p>
      <w:r>
        <w:br/>
        <w:t>Доводиться терпіти. А що ти вдієш, коли проклятуще "р" у зубах застряє?</w:t>
      </w:r>
    </w:p>
    <w:p>
      <w:r>
        <w:br/>
        <w:t>Одного разу послухав сусід мій Грицько, як хлопці потішаються, шулікою налетів на них:</w:t>
      </w:r>
    </w:p>
    <w:p>
      <w:r>
        <w:br/>
        <w:t>— Киш звідси, скалозуби! — і до мене сердито: — А ти чого вуха розвісив? Жени їх під три вітри!</w:t>
      </w:r>
    </w:p>
    <w:p>
      <w:r>
        <w:br/>
        <w:t>Хлопці — вони страшенно боялися Грицька — розбіглися, мов курчата. А Грицько потяг мене за руку до своєї хати, взяв ложку і каже:</w:t>
      </w:r>
    </w:p>
    <w:p>
      <w:r>
        <w:br/>
        <w:t>— Роззяв рота!</w:t>
      </w:r>
    </w:p>
    <w:p>
      <w:r>
        <w:br/>
        <w:t>З переляку роздер я рота і очі вирячив. Грицько, як справжній лікар, просунув ложку крізь зуби і статечно відзначив:</w:t>
      </w:r>
    </w:p>
    <w:p>
      <w:r>
        <w:br/>
        <w:t>— Так і є — короткий язик. Ну нічого, виправимо.</w:t>
      </w:r>
    </w:p>
    <w:p>
      <w:r>
        <w:br/>
        <w:t>В мене аж мороз пішов поза шкірою. Думаю: що він буде робити? Може, язика почне витягати, щоб довшим був?</w:t>
      </w:r>
    </w:p>
    <w:p>
      <w:r>
        <w:br/>
        <w:t>А він підсів ближче, подав знак мовчати.</w:t>
      </w:r>
    </w:p>
    <w:p>
      <w:r>
        <w:br/>
        <w:t>— Значить, зробимо так. Ти ось даремно бігаєш по селу. А з цього дня, коли біжиш, то весь час дирчи. Як трактор — др-р-р! Зрозумів?</w:t>
      </w:r>
    </w:p>
    <w:p>
      <w:r>
        <w:br/>
        <w:t>Грицько схопився на ноги, промчав по хаті, показуючи, як це треба робити.</w:t>
      </w:r>
    </w:p>
    <w:p>
      <w:r>
        <w:br/>
        <w:t>— А куди бігати? — питаю.</w:t>
      </w:r>
    </w:p>
    <w:p>
      <w:r>
        <w:br/>
        <w:t>— Тут потрібна система,— зауважив Грицько.— Вранці — до розірваної греблі, що за селом, і назад; в обід можна ближче — до млина, а перед сном — знов до розірваної греблі. Второпав?</w:t>
      </w:r>
    </w:p>
    <w:p>
      <w:r>
        <w:br/>
        <w:t>— І що з того вийде? — запитую пошепки.</w:t>
      </w:r>
    </w:p>
    <w:p>
      <w:r>
        <w:br/>
        <w:t>— А вийде, що через місяць гаркавість наче рукою зніме. Будеш рикати, як лев.</w:t>
      </w:r>
    </w:p>
    <w:p>
      <w:r>
        <w:br/>
        <w:t>З того дня й почав я дивувати своїх рідних та сусідів. Знають люди — був хлопець сонько; як прикипить до подушки — медом не піднімеш. А тепер, тільки півень прокукурікає, не продерши очі, вискакує з хати і летить бігом за село.</w:t>
      </w:r>
    </w:p>
    <w:p>
      <w:r>
        <w:br/>
        <w:t>Та не просто біжить, а дирчить без упину, наче заведений.</w:t>
      </w:r>
    </w:p>
    <w:p>
      <w:r>
        <w:br/>
        <w:t>Одного разу чую — прийшла сусідка, гомонить стурбовано до матері:</w:t>
      </w:r>
    </w:p>
    <w:p>
      <w:r>
        <w:br/>
        <w:t>— Може б ви,— каже,— до лікаря звернулися. Щось з вашим сином не те... Він з груші, часом, не падав, га?</w:t>
      </w:r>
    </w:p>
    <w:p>
      <w:r>
        <w:br/>
        <w:t>Мати моя теж налякалася. До лікаря, правда, не повела, а почала зіллям поїти — таким гірким та противним, що від нього я став бігати ще прудкіше.</w:t>
      </w:r>
    </w:p>
    <w:p>
      <w:r>
        <w:br/>
        <w:t>П’ю материне зілля, проте не кидаю тренуватися. Суворо дотримуюсь Грицькової системи. Якось в обідню пору (я саме біг до млина) побачив на вигоні хлопців з нашої вулиці. Видно, про щось сперечаються: одні на тітчин Одарчин город показують, інші — на толоку. Побачили мене хлопці, кричать:</w:t>
      </w:r>
    </w:p>
    <w:p>
      <w:r>
        <w:br/>
        <w:t>— Гей, Печений, завертай сюди!</w:t>
      </w:r>
    </w:p>
    <w:p>
      <w:r>
        <w:br/>
        <w:t>Підійшов я до гурту. Грицько пригнувся, розсунув лопушине листя.</w:t>
      </w:r>
    </w:p>
    <w:p>
      <w:r>
        <w:br/>
        <w:t>— Бачиш — кавун? — питає.</w:t>
      </w:r>
    </w:p>
    <w:p>
      <w:r>
        <w:br/>
        <w:t>Я теж пригнувся. Під лопухом, справді, лежить величезний рябий кавун.</w:t>
      </w:r>
    </w:p>
    <w:p>
      <w:r>
        <w:br/>
        <w:t>— Як ти думаєш, чий він?</w:t>
      </w:r>
    </w:p>
    <w:p>
      <w:r>
        <w:br/>
        <w:t>Я легенько смикнув за гудину і невтішно зітхнув: гудина вела на Одарчин город. Потім цокнув пальцем по кавуну — дзвенить! Солодкий же, мабуть, біс би його взяв! Зітхнув я ще тяжче. А хлопці зовсім похнюпились.</w:t>
      </w:r>
    </w:p>
    <w:p>
      <w:r>
        <w:br/>
        <w:t>— З одного боку,— кажу,— корінь ніби на городі; а з другого боку — сам кавун на громадській толоці. Значить — нічий.</w:t>
      </w:r>
    </w:p>
    <w:p>
      <w:r>
        <w:br/>
        <w:t>— Правильно, і ми так думали! — підхопили хлопці.</w:t>
      </w:r>
    </w:p>
    <w:p>
      <w:r>
        <w:br/>
        <w:t>— Та що говорити — давайте покуштуємо!</w:t>
      </w:r>
    </w:p>
    <w:p>
      <w:r>
        <w:br/>
        <w:t>І знов заминка вийшла. Кавун один, а нас же — ціла артіль. Як ти поділишся? Навіть по скибі на брата не буде. Тут озвався Грицько:</w:t>
      </w:r>
    </w:p>
    <w:p>
      <w:r>
        <w:br/>
        <w:t>— Пропоную так: хто скоріше пробіжить до розірваної греблі і назад — тому кавун. Згода?</w:t>
      </w:r>
    </w:p>
    <w:p>
      <w:r>
        <w:br/>
        <w:t>Хлопці збунтувалися. Чого це одному отакий кавун? Живіт лусне! Ну хоч би першим трьом. Нарешті порішили: кавун дістанеться п’ятірці найкращих бігунів.</w:t>
      </w:r>
    </w:p>
    <w:p>
      <w:r>
        <w:br/>
        <w:t>І ось вишикувалась нас ціла шеренга. Стоїмо босі; хто поспіхом ще й сорочку знімає, хто притупцьовує з нетерплячки.</w:t>
      </w:r>
    </w:p>
    <w:p>
      <w:r>
        <w:br/>
        <w:t>— І ти, Печений? — смикнув мене хтось за штани.</w:t>
      </w:r>
    </w:p>
    <w:p>
      <w:r>
        <w:br/>
        <w:t>Хотів я стусонути насмішника, та раптом пролунала Грицькова команда:</w:t>
      </w:r>
    </w:p>
    <w:p>
      <w:r>
        <w:br/>
        <w:t>— Раз, два, три — марш!</w:t>
      </w:r>
    </w:p>
    <w:p>
      <w:r>
        <w:br/>
        <w:t>Ну й рвонула боса ватага! Як дременули вздовж села — тільки п’ятки замелькали, курява — стовбом піднялась! Я плентаюсь собі позаду, а передні перцю підсипають:</w:t>
      </w:r>
    </w:p>
    <w:p>
      <w:r>
        <w:br/>
        <w:t>— Не журись, Печений, хвостика залишимо!</w:t>
      </w:r>
    </w:p>
    <w:p>
      <w:r>
        <w:br/>
        <w:t>Добре, думаю, біжіть. Я цю відстань як своїх п’ять пальців знаю. Зразу теж був гарячий — на півдорозі видихався.</w:t>
      </w:r>
    </w:p>
    <w:p>
      <w:r>
        <w:br/>
        <w:t>Отож не поспішаючи біжу останнім і за звичкою дирчу, як трактор; коли це бачу — один, висолопивши язика, задріботів повільніше; і другий вже, наче риба на піску, ротом зіває; і ще хтось, чую, так сопе, так хекає, ну просто як ковальський міх. А я піддаю жару, а я темп набираю. "Гей, з дороги!" — кричу і, обігнавши середніх, вириваюсь уперед; біля греблі переді мною тільки Грицько лопотів ногами. Та ось, наддавши, я й Грицькові показав спину. І так мені весело бігти назад, що став я вибрикувати, як куцохвосте лоша.</w:t>
      </w:r>
    </w:p>
    <w:p>
      <w:r>
        <w:br/>
        <w:t>Примчав до Одарчиного городу, трохи віддихався, а тоді викотив з лопухів кавуна, взяв його в обидві руки і так гордо стою, як той цар на троні.</w:t>
      </w:r>
    </w:p>
    <w:p>
      <w:r>
        <w:br/>
        <w:t>Скоро й Грицько на толоку прибіг, а з ним — ще троє; інші, мабуть, нишком додому подалися — чого ж на глум з’являтися? Глянув я на переможців і засміявся: обличчя сірі від пилюки — тільки зуби блищать; піт у три ручаї ллється.</w:t>
      </w:r>
    </w:p>
    <w:p>
      <w:r>
        <w:br/>
        <w:t>— А ти, думаєш, кращий! — регочуть хлопці.— Наче з димаря виліз.</w:t>
      </w:r>
    </w:p>
    <w:p>
      <w:r>
        <w:br/>
        <w:t>Сіли ми на траві, розрізали громадського кавуна, а він — червоний, іскристий, солодкий — аж тане в роті. Їмо, прицмакуємо, а хлопці й говорять:</w:t>
      </w:r>
    </w:p>
    <w:p>
      <w:r>
        <w:br/>
        <w:t>— От тобі й Печений!</w:t>
      </w:r>
    </w:p>
    <w:p>
      <w:r>
        <w:br/>
        <w:t>— Не Печений, а чемпіон села!</w:t>
      </w:r>
    </w:p>
    <w:p>
      <w:r>
        <w:br/>
        <w:t>— І коли ти навчився бігати? — питають.</w:t>
      </w:r>
    </w:p>
    <w:p>
      <w:r>
        <w:br/>
        <w:t>— Це моя система! — хвалиться Грицько.— До речі, покажи, Борисе, язика.— Він заглянув мені в рот, знизав плечима: — Здається язик подовшав...</w:t>
      </w:r>
    </w:p>
    <w:p>
      <w:r>
        <w:br/>
        <w:t>* * *</w:t>
      </w:r>
    </w:p>
    <w:p>
      <w:r>
        <w:br/>
        <w:t>Словом — пригодилася Грицькова наука. Правда, вимовляти "р" я тоді так і не навчився. Та це й не важливо. Головне — тепер ніхто в селі не обскаче мене на довгій дистанції. Дід Шайнога, колгоспний сторож, якось сказав:</w:t>
      </w:r>
    </w:p>
    <w:p>
      <w:r>
        <w:br/>
        <w:t>— Усіх шибеників ловив у саду. Одного тільки не можу спіймати — отого, що дирчить. Ух, і бігає ж, вітрогон... як ерактивний!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став чемпіоном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