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черепаха Наталка до школи збиралася</w:t>
      </w:r>
    </w:p>
    <w:p>
      <w:r>
        <w:br/>
        <w:t xml:space="preserve"> &lt;p&gt;День 1</w:t>
      </w:r>
    </w:p>
    <w:p>
      <w:r>
        <w:br/>
        <w:t>Будемо знайомі: Наталка</w:t>
      </w:r>
    </w:p>
    <w:p>
      <w:r>
        <w:br/>
        <w:t>Черепаха наталка</w:t>
      </w:r>
    </w:p>
    <w:p>
      <w:r>
        <w:br/>
        <w:t>&amp;#8195; Як, ви не знайомі з Наталкою? Адже це маленька й розумна черепашка, яка живе у нірці під кущем, на самісінькому березі річки. Якої? Та тієї самої, біля якої живеш ти, мій любий читачу.</w:t>
      </w:r>
    </w:p>
    <w:p>
      <w:r>
        <w:br/>
        <w:t>&amp;#8195; Наталка – добра черепашка і має багато друзів і знайомих. А ще вона любить мандрувати, слухати казки і малювати. І, до того ж, про неї відомо стільки кумедних (а, може, повчальних?) історій. Хочете послухати?</w:t>
      </w:r>
    </w:p>
    <w:p>
      <w:r>
        <w:br/>
        <w:t>День 2</w:t>
      </w:r>
    </w:p>
    <w:p>
      <w:r>
        <w:br/>
        <w:t>Як Наталка стоніжку танцювати навчала</w:t>
      </w:r>
    </w:p>
    <w:p>
      <w:r>
        <w:br/>
        <w:t>Стоніжка Ніна</w:t>
      </w:r>
    </w:p>
    <w:p>
      <w:r>
        <w:br/>
        <w:t>&amp;#8195; Наталка сиділа на березі і грала на дудочці. Та так ніжно і гарно, що стоніжка Ніна, яка бігла повз неї, поспішаючи у своїх справах, зупинилась і заслухалась.</w:t>
      </w:r>
    </w:p>
    <w:p>
      <w:r>
        <w:br/>
        <w:t>&amp;#8195; – Давай потанцюємо, – запропонувала їй черепашка.</w:t>
      </w:r>
    </w:p>
    <w:p>
      <w:r>
        <w:br/>
        <w:t>&amp;#8195; – Я не вмію, – сумно зітхнула Ніна. – Коли я подумаю: "Спочатку підніму п’яту і двадцять восьму, а потім сьому і тридцять першу ніжки, вони не піднімаються.</w:t>
      </w:r>
    </w:p>
    <w:p>
      <w:r>
        <w:br/>
        <w:t>&amp;#8195; – А ти не думай, – порадила Наталка. – Нехай вони самі розберуться, яка буде танцювати спочатку, а яка – потім.</w:t>
      </w:r>
    </w:p>
    <w:p>
      <w:r>
        <w:br/>
        <w:t>&amp;#8195; – Ой, і справді виходить, – зраділа Ніна.</w:t>
      </w:r>
    </w:p>
    <w:p>
      <w:r>
        <w:br/>
        <w:t>&amp;#8195; І танцювала довго-довго. Поки не втомилась.</w:t>
      </w:r>
    </w:p>
    <w:p>
      <w:r>
        <w:br/>
        <w:t>День 3</w:t>
      </w:r>
    </w:p>
    <w:p>
      <w:r>
        <w:br/>
        <w:t>Як Наталка на риболовлю ходила</w:t>
      </w:r>
    </w:p>
    <w:p>
      <w:r>
        <w:br/>
        <w:t>&amp;#8195; Черепаха Наталка сиділа на березі з вудкою в лапах.</w:t>
      </w:r>
    </w:p>
    <w:p>
      <w:r>
        <w:br/>
        <w:t>&amp;#8195; – Цікаво, яка риба упіймається на цього товстого черв’яка? – розмірковувала вона, облизуючись.</w:t>
      </w:r>
    </w:p>
    <w:p>
      <w:r>
        <w:br/>
        <w:t>&amp;#8195; Але... раптом із води виповз черв’як і швиденько поповз по вудці вгору.</w:t>
      </w:r>
    </w:p>
    <w:p>
      <w:r>
        <w:br/>
        <w:t>&amp;#8195; – Ти куди?! – обурилась Наталка.</w:t>
      </w:r>
    </w:p>
    <w:p>
      <w:r>
        <w:br/>
        <w:t>&amp;#8195; – Я вирішив, що вода – штука шкідлива. Для мого здоров’я, звичайно, – твердо відповів їй черв’як. – Не хочу більше риболовлею займатися.</w:t>
      </w:r>
    </w:p>
    <w:p>
      <w:r>
        <w:br/>
        <w:t>&amp;#8195; І поповз до нірки. А Наталці довелось на базар іти. По рибу.</w:t>
      </w:r>
    </w:p>
    <w:p>
      <w:r>
        <w:br/>
        <w:t>День 4</w:t>
      </w:r>
    </w:p>
    <w:p>
      <w:r>
        <w:br/>
        <w:t>Як Наталка обід готувала</w:t>
      </w:r>
    </w:p>
    <w:p>
      <w:r>
        <w:br/>
        <w:t>Як черепаха Наталка равликовий суп варила</w:t>
      </w:r>
    </w:p>
    <w:p>
      <w:r>
        <w:br/>
        <w:t>&amp;#8195; – Що б його на обід приготувати? – запитала себе черепаха Наталка. – Ну, салат із капусти, звичайна річ. А ще що?</w:t>
      </w:r>
    </w:p>
    <w:p>
      <w:r>
        <w:br/>
        <w:t>&amp;#8195; Вона зазирнула до холодильника. На тарілці лежав гарненький Равлик.</w:t>
      </w:r>
    </w:p>
    <w:p>
      <w:r>
        <w:br/>
        <w:t>&amp;#8195; – Ото пощастило! – зраділа Наталка. – Я зварю равликовий суп.</w:t>
      </w:r>
    </w:p>
    <w:p>
      <w:r>
        <w:br/>
        <w:t>&amp;#8195; Вона взяла Равлика і хотіла кинути його в окріп.</w:t>
      </w:r>
    </w:p>
    <w:p>
      <w:r>
        <w:br/>
        <w:t>&amp;#8195; – Ой, я нещасний!.. – заплакав Равлик.</w:t>
      </w:r>
    </w:p>
    <w:p>
      <w:r>
        <w:br/>
        <w:t>&amp;#8195; Наталка пожаліла бідолашного Равлика і відпустила додому. А замість обіду поласувала морозивом.</w:t>
      </w:r>
    </w:p>
    <w:p>
      <w:r>
        <w:br/>
        <w:t>День 5</w:t>
      </w:r>
    </w:p>
    <w:p>
      <w:r>
        <w:br/>
        <w:t>Як Наталка двох жуків помирила</w:t>
      </w:r>
    </w:p>
    <w:p>
      <w:r>
        <w:br/>
        <w:t>&amp;#8195; На галявині билися двоє жуків-оленів. Довкола зібралися маленькі павучки, черв’ячки й комашки. Вони з цікавістю спостерігали за бійкою.</w:t>
      </w:r>
    </w:p>
    <w:p>
      <w:r>
        <w:br/>
        <w:t>&amp;#8195; У цей час повз них йшла черепаха Наталка.</w:t>
      </w:r>
    </w:p>
    <w:p>
      <w:r>
        <w:br/>
        <w:t>&amp;#8195; – Зупиніться, – попросила вона жуків, – ви подаєте малятам поганий приклад.</w:t>
      </w:r>
    </w:p>
    <w:p>
      <w:r>
        <w:br/>
        <w:t>&amp;#8195; Але розбишаки не звернули ніякої уваги на її слова. Наталка зітхнула.</w:t>
      </w:r>
    </w:p>
    <w:p>
      <w:r>
        <w:br/>
        <w:t>&amp;#8195; – Я згадала, що давно мрію з’їсти забіяку-жука. Хто переможе – того і з’їм.</w:t>
      </w:r>
    </w:p>
    <w:p>
      <w:r>
        <w:br/>
        <w:t>&amp;#8195; Жуки затремтіли від жаху і помирились.</w:t>
      </w:r>
    </w:p>
    <w:p>
      <w:r>
        <w:br/>
        <w:t>&amp;#8195; – Вдалося, – посміхнулась Наталка. – Поганий мир краще доброї сварки.</w:t>
      </w:r>
    </w:p>
    <w:p>
      <w:r>
        <w:br/>
        <w:t>&amp;#8195; І пішла собі далі.</w:t>
      </w:r>
    </w:p>
    <w:p>
      <w:r>
        <w:br/>
        <w:t>День 6</w:t>
      </w:r>
    </w:p>
    <w:p>
      <w:r>
        <w:br/>
        <w:t>Як тритон Триша мутанта впіймав</w:t>
      </w:r>
    </w:p>
    <w:p>
      <w:r>
        <w:br/>
        <w:t>&amp;#8195; – Наталко, йди-но сюди! Швидше! – кричав Триша, тримаючи лапками величезне рожеве створіння.</w:t>
      </w:r>
    </w:p>
    <w:p>
      <w:r>
        <w:br/>
        <w:t>&amp;#8195; – Буду за мить! – відгукнулася Наталка, хутенько працюючи ніжками.</w:t>
      </w:r>
    </w:p>
    <w:p>
      <w:r>
        <w:br/>
        <w:t>&amp;#8195; – Поглянь, кого я впіймав, – гордовито оголосив тритон. – Мутанта, мабуть...</w:t>
      </w:r>
    </w:p>
    <w:p>
      <w:r>
        <w:br/>
        <w:t>&amp;#8195; Наталка обнюхала чудовисько і чхнула.</w:t>
      </w:r>
    </w:p>
    <w:p>
      <w:r>
        <w:br/>
        <w:t>&amp;#8195; – Гумою пахне. А учора тут діти грались. Швидше за все – це звичайна іграшка, – повідомила вона.</w:t>
      </w:r>
    </w:p>
    <w:p>
      <w:r>
        <w:br/>
        <w:t>&amp;#8195; – І як же я того не зрозумів, – засмутився Триша. – Все цей клятий нежить...</w:t>
      </w:r>
    </w:p>
    <w:p>
      <w:r>
        <w:br/>
        <w:t>&amp;#8195; І пішов лікуватися. Носа закапувати.</w:t>
      </w:r>
    </w:p>
    <w:p>
      <w:r>
        <w:br/>
        <w:t>День 7</w:t>
      </w:r>
    </w:p>
    <w:p>
      <w:r>
        <w:br/>
        <w:t>Як Наталка до школи збиралася</w:t>
      </w:r>
    </w:p>
    <w:p>
      <w:r>
        <w:br/>
        <w:t>&amp;#8195; – Маю гарний наплічничок для зошитів і книжечок, – виспівувала черепаха Наталка, милуючись своїм новеньким яскравим наплічником.</w:t>
      </w:r>
    </w:p>
    <w:p>
      <w:r>
        <w:br/>
        <w:t>&amp;#8195; У двері хтось постукав.</w:t>
      </w:r>
    </w:p>
    <w:p>
      <w:r>
        <w:br/>
        <w:t>&amp;#8195; – Хто там? – запитала Наталка.</w:t>
      </w:r>
    </w:p>
    <w:p>
      <w:r>
        <w:br/>
        <w:t>&amp;#8195; – Листоноша. Вам пакунок. Від бабусі.</w:t>
      </w:r>
    </w:p>
    <w:p>
      <w:r>
        <w:br/>
        <w:t>&amp;#8195; Наталка відчинила двері, взяла пакунок, розгорнула його і... Ні, ви ніколи не здогадаєтесь! Це був точнісінько такий самий гарненький наплічник!!!</w:t>
      </w:r>
    </w:p>
    <w:p>
      <w:r>
        <w:br/>
        <w:t>&amp;#8195; За п’ять хвилин Наталка отримала ще два пакунки, а потім ще вісім. (І всі – від люблячих родичів, точнісінько з такими ж наплічниками).</w:t>
      </w:r>
    </w:p>
    <w:p>
      <w:r>
        <w:br/>
        <w:t>&amp;#8195; – Що мені робити з цими... – схлипувала Наталка.</w:t>
      </w:r>
    </w:p>
    <w:p>
      <w:r>
        <w:br/>
        <w:t>&amp;#8195; А потім вигадала. Вона подарувала їх своїм однокласникам. Відтепер увесь клас дружно співає: "Маю гарний наплічничок...".</w:t>
      </w:r>
    </w:p>
    <w:p>
      <w:r>
        <w:br/>
        <w:t>День 8</w:t>
      </w:r>
    </w:p>
    <w:p>
      <w:r>
        <w:br/>
        <w:t>Як Наталка Тришу читати навчила</w:t>
      </w:r>
    </w:p>
    <w:p>
      <w:r>
        <w:br/>
        <w:t>&amp;#8195; – Не розумію я ці літери. Як із них слова утворюються? – скаржився черепашці Наталці засмучений Триша.</w:t>
      </w:r>
    </w:p>
    <w:p>
      <w:r>
        <w:br/>
        <w:t>&amp;#8195; – Але ж це так легко, – втішала його Наталка. – Треба тільки захотіти зрозуміти.</w:t>
      </w:r>
    </w:p>
    <w:p>
      <w:r>
        <w:br/>
        <w:t>&amp;#8195; – А як? – пробелькотів Триша.</w:t>
      </w:r>
    </w:p>
    <w:p>
      <w:r>
        <w:br/>
        <w:t>&amp;#8195; – Ну, наприклад, слово "дощ", – пояснювала Наталка. – Послухай, як він шумить у лісі: д-щ, д-щ, д-щ...</w:t>
      </w:r>
    </w:p>
    <w:p>
      <w:r>
        <w:br/>
        <w:t>&amp;#8195; – Зрозумів! Зрозумів! – захоплено закричав Триша.</w:t>
      </w:r>
    </w:p>
    <w:p>
      <w:r>
        <w:br/>
        <w:t>&amp;#8195; Так Триша навчився читати.</w:t>
      </w:r>
    </w:p>
    <w:p>
      <w:r>
        <w:br/>
        <w:t>День 9</w:t>
      </w:r>
    </w:p>
    <w:p>
      <w:r>
        <w:br/>
        <w:t>Як Наталка з географією потоваришувала</w:t>
      </w:r>
    </w:p>
    <w:p>
      <w:r>
        <w:br/>
        <w:t>&amp;#8195; Черепаха Наталка вийшла на прогулянку. А назустріч їй – тритон Триша.</w:t>
      </w:r>
    </w:p>
    <w:p>
      <w:r>
        <w:br/>
        <w:t>&amp;#8195; – Привіт, Наталко, – гукнув Триша. – Вкажи мені, будь ласка, найкоротший шлях до озера.</w:t>
      </w:r>
    </w:p>
    <w:p>
      <w:r>
        <w:br/>
        <w:t>&amp;#8195; – Не можу... – розгубилася Наталка.</w:t>
      </w:r>
    </w:p>
    <w:p>
      <w:r>
        <w:br/>
        <w:t>&amp;#8195; – А як називається річка, що до озера тече?</w:t>
      </w:r>
    </w:p>
    <w:p>
      <w:r>
        <w:br/>
        <w:t>&amp;#8195; – Не знаю...</w:t>
      </w:r>
    </w:p>
    <w:p>
      <w:r>
        <w:br/>
        <w:t>&amp;#8195; – А болото у нас на півдні чи на півночі?</w:t>
      </w:r>
    </w:p>
    <w:p>
      <w:r>
        <w:br/>
        <w:t>&amp;#8195; – Хто його зна’...</w:t>
      </w:r>
    </w:p>
    <w:p>
      <w:r>
        <w:br/>
        <w:t>&amp;#8195; – Ти що ж, уроки з географії не відвідуєш?</w:t>
      </w:r>
    </w:p>
    <w:p>
      <w:r>
        <w:br/>
        <w:t>&amp;#8195; – Не відвідую, – чесно зізналася Наталка.</w:t>
      </w:r>
    </w:p>
    <w:p>
      <w:r>
        <w:br/>
        <w:t>&amp;#8195; Їй було дуже соромно. Відтоді Наталка не пропустила жодного уроку географії.</w:t>
      </w:r>
    </w:p>
    <w:p>
      <w:r>
        <w:br/>
        <w:t>День 10</w:t>
      </w:r>
    </w:p>
    <w:p>
      <w:r>
        <w:br/>
        <w:t>Як Наталка пуголовку Грицьку допомогла</w:t>
      </w:r>
    </w:p>
    <w:p>
      <w:r>
        <w:br/>
        <w:t>&amp;#8195; – Ох, ох...ух, ух...– жалісно стогнав пуголовок Грицько, виглядаючи з води.</w:t>
      </w:r>
    </w:p>
    <w:p>
      <w:r>
        <w:br/>
        <w:t>&amp;#8195; – Що з тобою? Чи не захворів? – запитала його добросерда черепаха Наталка.</w:t>
      </w:r>
    </w:p>
    <w:p>
      <w:r>
        <w:br/>
        <w:t>&amp;#8195; – Ні, я здоровий. Тільки в школу дуже хочу. А в мене ще лапки не виросли і хвіст не відпав. Коли ще я жабенятком стану, – скаржився сумний Грицько.</w:t>
      </w:r>
    </w:p>
    <w:p>
      <w:r>
        <w:br/>
        <w:t>&amp;#8195; Наталка замислилась.</w:t>
      </w:r>
    </w:p>
    <w:p>
      <w:r>
        <w:br/>
        <w:t>&amp;#8195; – Не журись, – нарешті сказала вона. – Я знаю, як тобі допомогти. Зараз я наповню водою склянку, посаджу тебе в неї і піду до школи. Будемо разом вчитися, за однією партою.</w:t>
      </w:r>
    </w:p>
    <w:p>
      <w:r>
        <w:br/>
        <w:t>&amp;#8195; Грицько відчував себе щасливим. Наталка теж. Адже їй до вподоби допомагати друзям. А вам?</w:t>
      </w:r>
    </w:p>
    <w:p>
      <w:r>
        <w:br/>
        <w:t>День 11</w:t>
      </w:r>
    </w:p>
    <w:p>
      <w:r>
        <w:br/>
        <w:t>Як тритон Триша всі літери з’їв</w:t>
      </w:r>
    </w:p>
    <w:p>
      <w:r>
        <w:br/>
        <w:t>Тритон Триша</w:t>
      </w:r>
    </w:p>
    <w:p>
      <w:r>
        <w:br/>
        <w:t>&amp;#8195; Черепаха Наталка поспішала до школи. У наплічнику лежало домашнє завдання: букви "ж", "з" і "с". Тобто: жук, зернятко і суниця.</w:t>
      </w:r>
    </w:p>
    <w:p>
      <w:r>
        <w:br/>
        <w:t>&amp;#8195; Наталка поклала рюкзак на парту і пішла погомоніти з сорокою Сонею.</w:t>
      </w:r>
    </w:p>
    <w:p>
      <w:r>
        <w:br/>
        <w:t>&amp;#8195; – Наталко, до дошки, – викликав її вчитель Федір Федорович, старий пугач. – Покажи нам своє домашнє завдання.</w:t>
      </w:r>
    </w:p>
    <w:p>
      <w:r>
        <w:br/>
        <w:t>&amp;#8195; – Ой, воно зникло, – заплакала Наталка. – Де ж мої жук, зернятко і суниця?</w:t>
      </w:r>
    </w:p>
    <w:p>
      <w:r>
        <w:br/>
        <w:t>&amp;#8195; – Це я винен, – підскочив Триша, часто кліпаючи. – Я поснідати не встиг, а воно так смачно з наплічника пахло!</w:t>
      </w:r>
    </w:p>
    <w:p>
      <w:r>
        <w:br/>
        <w:t>&amp;#8195; – Не можна брати чужі речі без дозволу, – суворо похитав головою Федір Федорович. – Тепер отримаєш двійку. За поведінку.</w:t>
      </w:r>
    </w:p>
    <w:p>
      <w:r>
        <w:br/>
        <w:t>&amp;#8195; І всі з ним погодились.</w:t>
      </w:r>
    </w:p>
    <w:p>
      <w:r>
        <w:br/>
        <w:t>День 12</w:t>
      </w:r>
    </w:p>
    <w:p>
      <w:r>
        <w:br/>
        <w:t>Як Наталка до бабусі листа малювала</w:t>
      </w:r>
    </w:p>
    <w:p>
      <w:r>
        <w:br/>
        <w:t>&amp;#8195; – Давно вже я не писала своїй бабусі. Сяду і напишу їй довгого листа про все, що зі мною за останній тиждень сталося, – вирішила черепаха Наталка. – Втім, може, краще буде його намалювати? Саме так я і зроблю! – вигукнула вона і дістала фарби.</w:t>
      </w:r>
    </w:p>
    <w:p>
      <w:r>
        <w:br/>
        <w:t>&amp;#8195; За годину Наталка відправилась на пошту, тримаючи в лапах величезний конверт.</w:t>
      </w:r>
    </w:p>
    <w:p>
      <w:r>
        <w:br/>
        <w:t>&amp;#8195; Стривожена бабуся примчала наступного дня.</w:t>
      </w:r>
    </w:p>
    <w:p>
      <w:r>
        <w:br/>
        <w:t>&amp;#8195; – Де твій кат? – закричала вона з порогу.</w:t>
      </w:r>
    </w:p>
    <w:p>
      <w:r>
        <w:br/>
        <w:t>&amp;#8195; – Хто-хто? – здивувалась Наталка.</w:t>
      </w:r>
    </w:p>
    <w:p>
      <w:r>
        <w:br/>
        <w:t>&amp;#8195; – Той, хто намагався зняти з тебе скальпа, – виймаючи з валізи іграшкового пістолета, відповіла бабуся.</w:t>
      </w:r>
    </w:p>
    <w:p>
      <w:r>
        <w:br/>
        <w:t>&amp;#8195; – Та що ти? – розсміялась Наталка. – Я намалювала тобі мого улюбленого вчителя. Це він втлумачив знання в мою нерозумну голову...</w:t>
      </w:r>
    </w:p>
    <w:p>
      <w:r>
        <w:br/>
        <w:t>&amp;#8195; – Знаєш, онучко, – промовляла бабуся, збираючись додому, – ти вже краще пиши звичайними літерами. Бо я в малюнках не дуже розуміюся.</w:t>
      </w:r>
    </w:p>
    <w:p>
      <w:r>
        <w:br/>
        <w:t>&amp;#8195; Відтоді Наталка пише листи розбірливо й охайно.</w:t>
      </w:r>
    </w:p>
    <w:p>
      <w:r>
        <w:br/>
        <w:t>День 13</w:t>
      </w:r>
    </w:p>
    <w:p>
      <w:r>
        <w:br/>
        <w:t>Черепаха Наталка і "чортова" дюжина</w:t>
      </w:r>
    </w:p>
    <w:p>
      <w:r>
        <w:br/>
        <w:t>&amp;#8195; – Завтра 13-те. Кажуть, воно нещасливе, – плакався тритон Триша черепашці Наталці. – Я чогось боюся...</w:t>
      </w:r>
    </w:p>
    <w:p>
      <w:r>
        <w:br/>
        <w:t>&amp;#8195; – Нісенітниці, – сердито відповіла Наталка. – У ці забобони тільки нерозумні звірята вірять.</w:t>
      </w:r>
    </w:p>
    <w:p>
      <w:r>
        <w:br/>
        <w:t>&amp;#8195; – Його ще "чортовою" дюжиною називають, – не слухаючи, стогнав Триша. – Он, сорока Соня розповідала, що 13-го числа минулого місяця ледь не потрапила у пащу до лисиці. Найкращу пір’їну з крильця втратила.</w:t>
      </w:r>
    </w:p>
    <w:p>
      <w:r>
        <w:br/>
        <w:t>&amp;#8195; – Ото вже та сорока Соня, – з докором похитала головою Наталка. – Це вона за свою любов до пліток поплатилася. Не треба було поруч із лисицею сидіти і базікати зайве.</w:t>
      </w:r>
    </w:p>
    <w:p>
      <w:r>
        <w:br/>
        <w:t>&amp;#8195; – Все одно я бо-ю-у-у-уся, – квилив тритончик. – Якщо день для інших нещасливий, то і для мене...</w:t>
      </w:r>
    </w:p>
    <w:p>
      <w:r>
        <w:br/>
        <w:t>&amp;#8195; – Для кого це "для інших"? – взялася в боки Наталка. – Он, у пуголовка Грицька завтра хвіст відпаде. І стане він жабенятком. Так що в нього завтра – дуже щасливий день.</w:t>
      </w:r>
    </w:p>
    <w:p>
      <w:r>
        <w:br/>
        <w:t>&amp;#8195; – Справді? – зацікавився Триша. – А Грицько нас на свято запросить?</w:t>
      </w:r>
    </w:p>
    <w:p>
      <w:r>
        <w:br/>
        <w:t>&amp;#8195; – Запросить, запросить, – запевнила Наталка. – Його мама вже торт приготувала.</w:t>
      </w:r>
    </w:p>
    <w:p>
      <w:r>
        <w:br/>
        <w:t>&amp;#8195; – З кремом? Шоколадний? – не вгамовувався Триша.</w:t>
      </w:r>
    </w:p>
    <w:p>
      <w:r>
        <w:br/>
        <w:t>&amp;#8195; – Шоколадний, це точно, – підтвердила Наталка.</w:t>
      </w:r>
    </w:p>
    <w:p>
      <w:r>
        <w:br/>
        <w:t>&amp;#8195; – Добре, тоді я додому піду. Спати. Щоб завтра скоріше настало, – сказав Триша.</w:t>
      </w:r>
    </w:p>
    <w:p>
      <w:r>
        <w:br/>
        <w:t>&amp;#8195; Тепер тритон не боїться 13-го числа. А що ви про цей день думаєте?</w:t>
      </w:r>
    </w:p>
    <w:p>
      <w:r>
        <w:br/>
        <w:t>День 14</w:t>
      </w:r>
    </w:p>
    <w:p>
      <w:r>
        <w:br/>
        <w:t>Наталка каже: "До побачення"</w:t>
      </w:r>
    </w:p>
    <w:p>
      <w:r>
        <w:br/>
        <w:t>&amp;#8195; – Час готуватися до зими, – нагадала черепаха Наталка сороці Соні. – Я вже утеплила свою нірку.</w:t>
      </w:r>
    </w:p>
    <w:p>
      <w:r>
        <w:br/>
        <w:t>&amp;#8195; – Невже ти будеш спати всю зиму? – з жахом запитала Соня. – Як же ми без тебе? Ми ж засумуємо! Ми ж без тебе пропадемо!</w:t>
      </w:r>
    </w:p>
    <w:p>
      <w:r>
        <w:br/>
        <w:t>&amp;#8195; – Я теж хвилююся, – зітхнула Наталка. – Бо хто ж буде за вами доглядати, втішати, виховувати? Але нічого не поробиш...</w:t>
      </w:r>
    </w:p>
    <w:p>
      <w:r>
        <w:br/>
        <w:t>&amp;#8195; – Але ми точно будемо за тобою сумувати, – зацокотіла Соня.</w:t>
      </w:r>
    </w:p>
    <w:p>
      <w:r>
        <w:br/>
        <w:t>&amp;#8195; – Не треба, – промовила черепашка. – Зима – не час для пригод. Перекажи всім, кого зустрінеш, що я прошу їх поводитися тихо – до наступної весни. Приходьте до моєї нірки, коли розквітнуть проліски. До побачення!</w:t>
      </w:r>
    </w:p>
    <w:p>
      <w:r>
        <w:br/>
        <w:t>&amp;#8195; Сорока полетіла, а черепашка зникла у нірці.</w:t>
      </w:r>
    </w:p>
    <w:p>
      <w:r>
        <w:br/>
        <w:t>&amp;#8195; До побачення, Наталко! До нових зустрічей!</w:t>
      </w:r>
    </w:p>
    <w:p>
      <w:r>
        <w:br/>
        <w:t>К І Н Е Ц 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черепаха Наталка до школи збиралася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