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брали дзвони…</w:t>
      </w:r>
    </w:p>
    <w:p>
      <w:r>
        <w:br/>
        <w:t xml:space="preserve"> Ранком, як стало лиш світати,&lt;br /&gt;</w:t>
        <w:br/>
        <w:t>Прийшли під церкву царські слуги.&lt;br /&gt;</w:t>
        <w:br/>
        <w:t>Як стали дзвони забирати,&lt;br /&gt;</w:t>
        <w:br/>
        <w:t>Понісся плач жалю і туги…</w:t>
      </w:r>
    </w:p>
    <w:p>
      <w:r>
        <w:br/>
        <w:t>Так дзвони плакали, ридали,&lt;br /&gt;</w:t>
        <w:br/>
        <w:t>І плач їх бив в мужицькі груди;&lt;br /&gt;</w:t>
        <w:br/>
        <w:t>На віз солдати їх кидали,&lt;br /&gt;</w:t>
        <w:br/>
        <w:t>А він мовчав, мовчали й люди…</w:t>
      </w:r>
    </w:p>
    <w:p>
      <w:r>
        <w:br/>
        <w:t>Вже їдуть… Все село в тривозі,&lt;br /&gt;</w:t>
        <w:br/>
        <w:t>Хтось там зітхнув, хтось сльози ронить.&lt;br /&gt;</w:t>
        <w:br/>
        <w:t>А дзвін ридає по дорозі:&lt;br /&gt;</w:t>
        <w:br/>
        <w:t>"Хто ж на вечірню вам задзвонить?.."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брали дзвони…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