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ангел розмалював Щиглика</w:t>
      </w:r>
    </w:p>
    <w:p>
      <w:r>
        <w:br/>
        <w:t xml:space="preserve"> &lt;p&gt;Легенда</w:t>
      </w:r>
    </w:p>
    <w:p>
      <w:r>
        <w:br/>
        <w:t>Коли Господь творив світ, то подбав і про те, щоб на ньому були пташки. Кожному пташкові дав ніжки, щоб ходив, крила, щоб літав, дзьобика, щоб їв, і горлянку, щоб співав. А тоді покликав ангелика, дав йому кошик з порожніми черепашками, до кожної налив іншої фарби і сказав:</w:t>
      </w:r>
    </w:p>
    <w:p>
      <w:r>
        <w:br/>
        <w:t>— Помалюй їм пір’я!</w:t>
      </w:r>
    </w:p>
    <w:p>
      <w:r>
        <w:br/>
        <w:t>От і став ангелик малювати пташків.</w:t>
      </w:r>
    </w:p>
    <w:p>
      <w:r>
        <w:br/>
        <w:t>Перший підійшов до ангелика голуб. Ангелик помалював йому шийку на біло, а крила на попелясто. Канарик став жовтий, мов цитрина, горобчик сірий з темними смужками, синиця — синя з темним фартухом на грудях. І так ангелик розмалював пташків, кожного по-різному.</w:t>
      </w:r>
    </w:p>
    <w:p>
      <w:r>
        <w:br/>
        <w:t>Ще тільки один щиглик залишився не помальований, бо стояв позаду інших і не міг протиснутись наперед. Коли ж і він урешті опинився перед ангеликом, той сказав стурбовано:</w:t>
      </w:r>
    </w:p>
    <w:p>
      <w:r>
        <w:br/>
        <w:t>— Ой, у мене вже не стало фарб! Усі черепашки порожні...</w:t>
      </w:r>
    </w:p>
    <w:p>
      <w:r>
        <w:br/>
        <w:t>Заплакав сердешний щиглик, що не буде мати такої гарної кольорової одежі, як його побратими. Але добрий ангелик заспокоїв його.</w:t>
      </w:r>
    </w:p>
    <w:p>
      <w:r>
        <w:br/>
        <w:t>— Не журись! У кожній черепашці ще залишилася дрібка фарби. Я виберу їх дочиста пензликом і помалюю твоє пір’ячко.</w:t>
      </w:r>
    </w:p>
    <w:p>
      <w:r>
        <w:br/>
        <w:t>І так ангелик помалював щиглика трішки на червоно, трішки на синьо, трішки на зелено, трішки на чорно узявши з кожної черепашки по останній краплині фарби. І став щиглик най строкатішим із усіх пташків. Він дужі гордився своїм різноперим одягом і за щебетав — подякував ангеликові за те що зробив його таким гарним.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ангел розмалював Щиглика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