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Яблунька</w:t>
      </w:r>
    </w:p>
    <w:p>
      <w:r>
        <w:br/>
        <w:t xml:space="preserve"> Навесні, напровесні</w:t>
      </w:r>
    </w:p>
    <w:p>
      <w:r>
        <w:br/>
        <w:t>В нашому садку</w:t>
      </w:r>
    </w:p>
    <w:p>
      <w:r>
        <w:br/>
        <w:t>Ми посадим яблуньку,</w:t>
      </w:r>
    </w:p>
    <w:p>
      <w:r>
        <w:br/>
        <w:t>Гарну та струнку.</w:t>
      </w:r>
    </w:p>
    <w:p>
      <w:r>
        <w:br/>
        <w:t>Ми маленьку яблуньку</w:t>
      </w:r>
    </w:p>
    <w:p>
      <w:r>
        <w:br/>
        <w:t>Поливаємо,</w:t>
      </w:r>
    </w:p>
    <w:p>
      <w:r>
        <w:br/>
        <w:t>Ще й веселу пісеньку</w:t>
      </w:r>
    </w:p>
    <w:p>
      <w:r>
        <w:br/>
        <w:t>Заспіваємо.</w:t>
      </w:r>
    </w:p>
    <w:p>
      <w:r>
        <w:br/>
        <w:t>Рости, рости, яблунько,</w:t>
      </w:r>
    </w:p>
    <w:p>
      <w:r>
        <w:br/>
        <w:t>Підростай!</w:t>
      </w:r>
    </w:p>
    <w:p>
      <w:r>
        <w:br/>
        <w:t>Квітни, квітни, яблунько,</w:t>
      </w:r>
    </w:p>
    <w:p>
      <w:r>
        <w:br/>
        <w:t>Розцвітай!</w:t>
      </w:r>
    </w:p>
    <w:p>
      <w:r>
        <w:br/>
        <w:t>Облітайте, квітоньки</w:t>
      </w:r>
    </w:p>
    <w:p>
      <w:r>
        <w:br/>
        <w:t>Запашні!</w:t>
      </w:r>
    </w:p>
    <w:p>
      <w:r>
        <w:br/>
        <w:t>Поспівайте, яблучка</w:t>
      </w:r>
    </w:p>
    <w:p>
      <w:r>
        <w:br/>
        <w:t>Наливні!</w:t>
      </w:r>
    </w:p>
    <w:p>
      <w:r>
        <w:br/>
        <w:t>А вітри-розбійники</w:t>
      </w:r>
    </w:p>
    <w:p>
      <w:r>
        <w:br/>
        <w:t>Грізно заревуть,</w:t>
      </w:r>
    </w:p>
    <w:p>
      <w:r>
        <w:br/>
        <w:t>Поламають гіллячко,</w:t>
      </w:r>
    </w:p>
    <w:p>
      <w:r>
        <w:br/>
        <w:t>Білий цвіт зірвуть.</w:t>
      </w:r>
    </w:p>
    <w:p>
      <w:r>
        <w:br/>
        <w:t>Нічого від яблуньки</w:t>
      </w:r>
    </w:p>
    <w:p>
      <w:r>
        <w:br/>
        <w:t>Не зостанеться,</w:t>
      </w:r>
    </w:p>
    <w:p>
      <w:r>
        <w:br/>
        <w:t>І нікому яблучок</w:t>
      </w:r>
    </w:p>
    <w:p>
      <w:r>
        <w:br/>
        <w:t>Не дістанеться!</w:t>
      </w:r>
    </w:p>
    <w:p>
      <w:r>
        <w:br/>
        <w:t>Рятувати яблуньку</w:t>
      </w:r>
    </w:p>
    <w:p>
      <w:r>
        <w:br/>
        <w:t>Біжимо,</w:t>
      </w:r>
    </w:p>
    <w:p>
      <w:r>
        <w:br/>
        <w:t>Ми її пошкодити</w:t>
      </w:r>
    </w:p>
    <w:p>
      <w:r>
        <w:br/>
        <w:t>Не дамо!</w:t>
      </w:r>
    </w:p>
    <w:p>
      <w:r>
        <w:br/>
        <w:t>Геть, вітри-розбійники,</w:t>
      </w:r>
    </w:p>
    <w:p>
      <w:r>
        <w:br/>
        <w:t>Не шуміть,</w:t>
      </w:r>
    </w:p>
    <w:p>
      <w:r>
        <w:br/>
        <w:t>Нашу любу яблуньку</w:t>
      </w:r>
    </w:p>
    <w:p>
      <w:r>
        <w:br/>
        <w:t>Не ломіть!</w:t>
      </w:r>
    </w:p>
    <w:p>
      <w:r>
        <w:br/>
        <w:t>А зайці-розбійники</w:t>
      </w:r>
    </w:p>
    <w:p>
      <w:r>
        <w:br/>
        <w:t>З лісу плиг та плиг!</w:t>
      </w:r>
    </w:p>
    <w:p>
      <w:r>
        <w:br/>
        <w:t>Обгризуть всю яблуньку</w:t>
      </w:r>
    </w:p>
    <w:p>
      <w:r>
        <w:br/>
        <w:t>З голови до ніг.</w:t>
      </w:r>
    </w:p>
    <w:p>
      <w:r>
        <w:br/>
        <w:t>Нічого від яблуньки</w:t>
      </w:r>
    </w:p>
    <w:p>
      <w:r>
        <w:br/>
        <w:t>Не зостанеться,</w:t>
      </w:r>
    </w:p>
    <w:p>
      <w:r>
        <w:br/>
        <w:t>І нікому яблучок</w:t>
      </w:r>
    </w:p>
    <w:p>
      <w:r>
        <w:br/>
        <w:t>Не дістанеться!</w:t>
      </w:r>
    </w:p>
    <w:p>
      <w:r>
        <w:br/>
        <w:t>Рятувати яблуньку</w:t>
      </w:r>
    </w:p>
    <w:p>
      <w:r>
        <w:br/>
        <w:t>Біжимо,</w:t>
      </w:r>
    </w:p>
    <w:p>
      <w:r>
        <w:br/>
        <w:t>Ми її пошкодити</w:t>
      </w:r>
    </w:p>
    <w:p>
      <w:r>
        <w:br/>
        <w:t>Не дамо!</w:t>
      </w:r>
    </w:p>
    <w:p>
      <w:r>
        <w:br/>
        <w:t>Геть, зайці-розбійники,</w:t>
      </w:r>
    </w:p>
    <w:p>
      <w:r>
        <w:br/>
        <w:t>Не скачіть,</w:t>
      </w:r>
    </w:p>
    <w:p>
      <w:r>
        <w:br/>
        <w:t>Нашу любу яблуньку</w:t>
      </w:r>
    </w:p>
    <w:p>
      <w:r>
        <w:br/>
        <w:t>Не гризіть!</w:t>
      </w:r>
    </w:p>
    <w:p>
      <w:r>
        <w:br/>
        <w:t>За весною йде до нас</w:t>
      </w:r>
    </w:p>
    <w:p>
      <w:r>
        <w:br/>
        <w:t>Літо золоте.</w:t>
      </w:r>
    </w:p>
    <w:p>
      <w:r>
        <w:br/>
        <w:t>Під промінням сонячним</w:t>
      </w:r>
    </w:p>
    <w:p>
      <w:r>
        <w:br/>
        <w:t>Яблунька росте,</w:t>
      </w:r>
    </w:p>
    <w:p>
      <w:r>
        <w:br/>
        <w:t>А ми нашу яблуньку</w:t>
      </w:r>
    </w:p>
    <w:p>
      <w:r>
        <w:br/>
        <w:t>Доглядаємо,</w:t>
      </w:r>
    </w:p>
    <w:p>
      <w:r>
        <w:br/>
        <w:t>Соковитих яблучок</w:t>
      </w:r>
    </w:p>
    <w:p>
      <w:r>
        <w:br/>
        <w:t>Дожидаємо.</w:t>
      </w:r>
    </w:p>
    <w:p>
      <w:r>
        <w:br/>
        <w:t>Росла, росла яблунька,</w:t>
      </w:r>
    </w:p>
    <w:p>
      <w:r>
        <w:br/>
        <w:t>Підросла.</w:t>
      </w:r>
    </w:p>
    <w:p>
      <w:r>
        <w:br/>
        <w:t>Квітла-квітла яблунька,</w:t>
      </w:r>
    </w:p>
    <w:p>
      <w:r>
        <w:br/>
        <w:t>Відцвіла.</w:t>
      </w:r>
    </w:p>
    <w:p>
      <w:r>
        <w:br/>
        <w:t>Де біліли квітоньки</w:t>
      </w:r>
    </w:p>
    <w:p>
      <w:r>
        <w:br/>
        <w:t>Навесні —</w:t>
      </w:r>
    </w:p>
    <w:p>
      <w:r>
        <w:br/>
        <w:t>Вже поспіли яблучка</w:t>
      </w:r>
    </w:p>
    <w:p>
      <w:r>
        <w:br/>
        <w:t>Наливні.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Яблунька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