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Яблуні в цвіту</w:t>
      </w:r>
    </w:p>
    <w:p>
      <w:r>
        <w:br/>
        <w:t xml:space="preserve"> &lt;p&gt;Навесні квітнуть яблуні. Білими метелицями займаються сади і здається, що те гілля в цвіту лине перед очима в далечінь. В незриму далечінь, туди далеко-далеко, відкіля ніщо й ніколи не вертається,— в літа, в минуле лине яблуневий цвіт. Яблуні квітнуть недовго. Кілька днів стоять вони в цвіту, а потім падають додолу їхні ніжні пелюстки,— як пластівці першого снігу, вкривають вони землю.</w:t>
      </w:r>
    </w:p>
    <w:p>
      <w:r>
        <w:br/>
        <w:t>Недовго стоять яблуні в цвіту... Глянути на їх білий лет — пригадати свою молодість: вона квітнула також недовго. Вона промчала баскими кіньми через яблуневі метелиці й першими заморозками вже взялися ваші скроні.</w:t>
      </w:r>
    </w:p>
    <w:p>
      <w:r>
        <w:br/>
        <w:t>Запрягайте коні в шори,</w:t>
      </w:r>
    </w:p>
    <w:p>
      <w:r>
        <w:br/>
        <w:t>Коні воронії,</w:t>
      </w:r>
    </w:p>
    <w:p>
      <w:r>
        <w:br/>
        <w:t>Та й поїдем доганяти</w:t>
      </w:r>
    </w:p>
    <w:p>
      <w:r>
        <w:br/>
        <w:t>Літа молодії...</w:t>
      </w:r>
    </w:p>
    <w:p>
      <w:r>
        <w:br/>
        <w:t>Коли стоять яблуні в цвіту, тоді хочеться дивитись на дітей. Це вони — яблунева згадка наших молодощів, це вони — вічна, цікава загадка нашого майбутнього. Не стане вас, не стане ваших поплічників, ваших близьких друзів і товаришів, а вони, ці діти, житимуть, вони продовжуватимуть ваше діло і вже не вам, а їм будуть квітнути навесні яблуні й нагадувати минуле. Коли стоятимуть отак, як зараз, сумирні, замріяні яблуні в цвіту, ваші нащадки, може, згадають і вас... І ті яблуні, як і тепер оце, будуть видаватись їм найкращим виявом безугавного творчого процесу вічного, прекрасного, всепереможного життя...</w:t>
      </w:r>
    </w:p>
    <w:p>
      <w:r>
        <w:br/>
        <w:t>Яблуні в цвіту!</w:t>
      </w:r>
    </w:p>
    <w:p>
      <w:r>
        <w:br/>
        <w:t>Такий чудернацький настрій опановує, коли ходиш чистенькими доріжками дослідного дитячого садка ім. Т. Шевченка, що в Києві на Лук'янівці. Квітнуть яблуні, квітне бузок. В садку ще тихо, тільки птахи щойно закінчують свої вранішні урочисті кантати. Ранок прокинувся, підвівся, розплющив злотосяйні очі й потужно підводиться ввесь у цвіту. Дітвори ще нема, але за кілька хвилин вона вже защебече в коридорі, залі, на веранді в садку.</w:t>
      </w:r>
    </w:p>
    <w:p>
      <w:r>
        <w:br/>
        <w:t>Ось уже чути, як рипить надвірна хвіртка й капці тьопають по підлозі в сінцях. На підлозі вряди-годи чути й човгання набучавілих чобіт. Батьки йдуть. Лідії Дмитрівні, Лизаветі Василівні та Софії Іванівні починається неабияка робота. Власне, коли глянути їм просто у вічі, то далебі, яка це "Лизавета Василівна" чи "Софія Іванівна"! Вони звичайні — товаришка Ліза, товаришка Соня, в їхніх очах відбилась колективна усмішка малечі, що вже старанно роздягається в коридорі, і це "Василівна" чи "Дмитрівна" звучить поважно-серйозно, але заразом і наївно-симпатично. Але ви, будь ласка, киньте ці жарти — ви маєте діло з виховательками і ви не думайте собі, що їм тільки й роботи тої, що з малечею в піску барбатись та пісень співати: "На виру-вирочку, на піску-пісочку"...</w:t>
      </w:r>
    </w:p>
    <w:p>
      <w:r>
        <w:br/>
        <w:t>Ось привела свою шестилітню Галю жінка в замусоле-ній спідниці, запнута хусткою. Галя, скоро переступила поріг дитячого садка, як миттю ожила, її мініатюрні рученята здіймають благеньке пальтечко й вішають на вішалку, позначену червоною кулею. Червона куля — це Галина індивідуальна означка, що заступає їй напис. Малеча ж бо ще не знає літер. Мати розпитує в Лідії Дмитрівни за свою дон,ьку й під кінець підпирає лівою рукою щоку й просить не що інше, як:</w:t>
      </w:r>
    </w:p>
    <w:p>
      <w:r>
        <w:br/>
        <w:t>— Так я вже вас, Лідія Дмитрівна, буду уп'ять просити: напишіть ви моєму чортові писульку, щоб він, ідол, уп'ять же до тої пивної не ходив. Як тільки получка — повірите — геть-чисто всі гроші проп'є!..</w:t>
      </w:r>
    </w:p>
    <w:p>
      <w:r>
        <w:br/>
        <w:t>Або ще таке. Чоловік у зашмальцьованій шкуратянці незграбно сів на краєчок дитячого ослінчика й, похопившись, зняв кепку.чЙому трохи ніяково, але що ж робити.</w:t>
      </w:r>
    </w:p>
    <w:p>
      <w:r>
        <w:br/>
        <w:t>— Очень даже прошу вас, товарищ учитильша, скажите слово моей Дуньке: опять, каналия, с чужаками таскаться начала. Конечно, и мне это, сказать бы, так совсем неприятно даже, и опять же дети... Очень еще раз прошу — скажите ей, она вас послушается, стыдно станет, потому что, если разобраться хорошо, так какая же это жизнь? Даже смешно...</w:t>
      </w:r>
    </w:p>
    <w:p>
      <w:r>
        <w:br/>
        <w:t>Вони, ці прості, милі товаришки, дошкільні виховательки, бачать не самі радісні дитячі обличчя своєї аудиторії і чують не тільки дитячий сміх. Побут нашої околиці, де поруч із новими паростками вперто держиться свого й старе, той побут, де поруч із клубами, лекціями, кіно, виставами, спортгуртком точиться пияцтво, розпуста, аліментна морока, панує "финка", цей побут хоч-не-хоч, а хляскає і по садку, оточує звідусіль його. Садок дитячий — це ніби острів. Острів, що на ньому виховуються майбутні громадяни нового життя. Тим-то й "товариш учительша", ця симпатична "Дмитрівна" чи "Василівна" часто мусять виступати в ролі своєрідного судді, регулятора родинних стосунків, коли треба переконати якогось Спиридона не йти після "получки" пропивати в пивниці гроші, або напутити "Дуньку" не тягатись із "чужаками"... їм довіряють часто-густо найінтимніші моменти свого власного життя, їм вірять, їх поважають, вони — авторитет. І це зрозуміло — це ж їм батьки-робітники та службовці довіряють щодня на дев'ять годин своє найдорожче, своїх дітей. Як же їм не оповісти про свої болі й радощі! Та й однаково нема чого перед ними критись — діти самі викажуть. Ось прийшов до садка білявий Ваня, і тільки-но він побачив Лизавету Василівну, як уже спішить повідомити її про свою домашню новину:</w:t>
      </w:r>
    </w:p>
    <w:p>
      <w:r>
        <w:br/>
        <w:t>— А в нас, Лизавето Василівно, новий папа!</w:t>
      </w:r>
    </w:p>
    <w:p>
      <w:r>
        <w:br/>
        <w:t>— Як це —"новий"? А старий де ж?</w:t>
      </w:r>
    </w:p>
    <w:p>
      <w:r>
        <w:br/>
        <w:t>— У нас два папи: папа і папа-знакомий. Папа поїхав на село, а папа-знакомий живе тепер у нас.</w:t>
      </w:r>
    </w:p>
    <w:p>
      <w:r>
        <w:br/>
        <w:t>Або ось маленька Варя, що пригорнулась до коліна Лідії Дмитрівни:</w:t>
      </w:r>
    </w:p>
    <w:p>
      <w:r>
        <w:br/>
        <w:t>— А наша мама позавчора прогнала папу Васю, тепер у нас новий папа.</w:t>
      </w:r>
    </w:p>
    <w:p>
      <w:r>
        <w:br/>
        <w:t>— Як же його звати?</w:t>
      </w:r>
    </w:p>
    <w:p>
      <w:r>
        <w:br/>
        <w:t>— Папа Стьопа...</w:t>
      </w:r>
    </w:p>
    <w:p>
      <w:r>
        <w:br/>
        <w:t>Дівчинка невинно вимовляє страшні речі, вона ще не здає собі справи в жахливій суті тих слів, що так наївно проказують її пухкенькі рожаїсті вуста. Але що, коли б вона зрозуміла їх?.. Страшно стає, як подумати про ту відразну брудну гримасу нашого побуту, що раз у раз посміхається цим дітям поза дитячим садком... Якими б зморшками образи й болю вкрилось ясне дитяче личко, якби воно могло збагнути брутальне значення цих коротеньких і простих слів: "папа Вася" і "папа Стьопа"...</w:t>
      </w:r>
    </w:p>
    <w:p>
      <w:r>
        <w:br/>
        <w:t>Але — яблуні в цвіту. Яблуневий цвіт не відає за липневі грози, громи і блискавки. Яблуні в цвіту не думають, що прийде осіння сльота, дрібно затріпотить на шибці холодна мжичка, спаде долу листя, вкриє білим напиналом землю пухкий сніг, ударить мороз. Яблуні в цвіту не знають того. Ніжні пелюстки милують око, і білий, яблуневий шум летить з піснями, з радощами, зі сміхом у далечінь. Чи чули ви коли-будь яблуневий шум? Слухайте його...</w:t>
      </w:r>
    </w:p>
    <w:p>
      <w:r>
        <w:br/>
        <w:t>Яблуні в цвіту...</w:t>
      </w:r>
    </w:p>
    <w:p>
      <w:r>
        <w:br/>
        <w:t>Маленький натовп уже перед полицею, де охайно виструнчились склянки, щіточки й коробочки з зубним порошком. Малеча старанно шарує свої зуби. Черговий із старшої групи доглядає ладу й щоб правильно чистили та добре вимивали потім щіточки та склянки:</w:t>
      </w:r>
    </w:p>
    <w:p>
      <w:r>
        <w:br/>
        <w:t>— Шура, я ж тобі казав, щоб не вбік тер, а згори вниз! Отак, дивись...</w:t>
      </w:r>
    </w:p>
    <w:p>
      <w:r>
        <w:br/>
        <w:t>І Шура намагається "як слід" чистити свої крихітні зубки.</w:t>
      </w:r>
    </w:p>
    <w:p>
      <w:r>
        <w:br/>
        <w:t>Ліворуч лежать молоточки, обценьки й тесані чураки. На стікці таблиця:</w:t>
      </w:r>
    </w:p>
    <w:p>
      <w:r>
        <w:br/>
        <w:t>Порядкують у майстерні Вітя, Шура, Боря.</w:t>
      </w:r>
    </w:p>
    <w:p>
      <w:r>
        <w:br/>
        <w:t>В око впадають сухі гілочки бузку, берези, клену, приладнані на білому картоні — це дітвора стежила, як розвиваються дерева. На стінці ще нова таблиця, де проти кожного прізвища наліплено якусь індивідуальну ознаку — зайчика, долоню, галузку, зірку.</w:t>
      </w:r>
    </w:p>
    <w:p>
      <w:r>
        <w:br/>
        <w:t>Вам дивно дивитись на ті чудні ієрогліфи, але вони багато промовляють дітворі, з них вона довідується, хто й коли виконував свій обов'язок.</w:t>
      </w:r>
    </w:p>
    <w:p>
      <w:r>
        <w:br/>
        <w:t>Вам — літери, а дітворі — оті ієрогліфи, що за літерами,— вона ж бо не знає ще письма й тільки в старшій групі починає потроху знайомитися з літерами.</w:t>
      </w:r>
    </w:p>
    <w:p>
      <w:r>
        <w:br/>
        <w:t>У світлій затишній залі вже порядкує коло акваріуму природком. Він — із трьох дітей. Вони кидають дафнію й пильно стежать, як їхні "підшефні" — маленькі сріблясті рибки кидаються на чорні цятки комах.</w:t>
      </w:r>
    </w:p>
    <w:p>
      <w:r>
        <w:br/>
        <w:t>На підвіконні стоїть слоїк із пуголовками. Пуголовки ростуть, і природком разом'з Лизаветою Василівною вже випустив кількох із своєрідного скляного інкубатора на простори акваріуму.</w:t>
      </w:r>
    </w:p>
    <w:p>
      <w:r>
        <w:br/>
        <w:t>Зненацька чується від піаніно кілька потужних кличних акордів. Це гасло. Звідусіль біжить до зали дітвора й довгими черідками дефілює залою під музику. Ось парами вони виконують нескладні "па" чеського народного танцю "Страшак". Але гляньте на їхні личка — яке серйозне ставлення до кожного свого руху, яка зосередженість і уважність!</w:t>
      </w:r>
    </w:p>
    <w:p>
      <w:r>
        <w:br/>
        <w:t>Вони востаннє стукнули по блискучій підлозі ноженятами, закінчуючи "Марш піонера", і вже посідали на ліліпу-тах-дзигликах широким колом. Ви чуєте знайому мелодію акомпаніменту, що її не раз слухали на концертах "Думки", і тоненькі дитячі голоси зриваються на всю залу срібними дзвониками:</w:t>
      </w:r>
    </w:p>
    <w:p>
      <w:r>
        <w:br/>
        <w:t>А вже весна, а вже красна,.</w:t>
      </w:r>
    </w:p>
    <w:p>
      <w:r>
        <w:br/>
        <w:t>Із стріх вода капле, із стріх вода капле,</w:t>
      </w:r>
    </w:p>
    <w:p>
      <w:r>
        <w:br/>
        <w:t>Із стріх вода капле..</w:t>
      </w:r>
    </w:p>
    <w:p>
      <w:r>
        <w:br/>
        <w:t>Молодому козакові</w:t>
      </w:r>
    </w:p>
    <w:p>
      <w:r>
        <w:br/>
        <w:t>Мандрівочка пахне, мандрівочка пахне, Мандрівочка пахне...</w:t>
      </w:r>
    </w:p>
    <w:p>
      <w:r>
        <w:br/>
        <w:t>Дзвінок. Малеча суне до вмивальників, і чути, хлюпотить вода. В кімнатах з'являються крихітні столики, на них квіти й склянки з кавою. Це сніданок. Але ще почекайте снідати. Станьте в маленьку чергу й "санком" огляне ваші руки, лице, сорочку й загляне вам у... волосся. З одного краю оглядає член санкому Вася, а з другого Настя. Вася — сангвінік, він уже поспішно оглянув більшу частину черги, а Настя ще порається з передніми. Шестилітня Настя — педантка, її два тижні тому обрали до санкому, і вона поважно й ретельно ставиться до своїх громадських обов'язків. У неї з брудними нігтями не прошмигнеш снідати. Вона одразу помітить і не пустить. Для того й санком, щоб охайні були. Іноді санком аж занадто ретельний буває, і тоді він запропонує оглянути й присутніх гостей. Трапився одного разу такий випадок: садок з групою студентів відвідала дошкільниця-теоретик. Вона показувала своїм слухачам-студентам садок, пояснювала їм, ілюструвала практику їхнього теоретичного знання, коли нараз підійшов санком і:</w:t>
      </w:r>
    </w:p>
    <w:p>
      <w:r>
        <w:br/>
        <w:t>— Ану, тьотю, ми оглянемо вас — покажіть ваші руки...</w:t>
      </w:r>
    </w:p>
    <w:p>
      <w:r>
        <w:br/>
        <w:t>Дитинча взяло випещену, наманікюрену руку з гострими нігтями й жахнулось:</w:t>
      </w:r>
    </w:p>
    <w:p>
      <w:r>
        <w:br/>
        <w:t>— Ой, які ж у вас пазурі, тьотю! Ідіть зараз же позрізайте та помийте добре. Ай-яй-яй-яй!..</w:t>
      </w:r>
    </w:p>
    <w:p>
      <w:r>
        <w:br/>
        <w:t>Дошкільниця-теоретик почервоніла, як пишна півонія, на очах їй ось-ось виступлять сльози досади. Покинувши своїх слухачів, вона щодуху побігла в дальню кімнату стирати манікюр... В житті бувають часто-густо випадки, коли не тільки практика не збігається з теорією, а й навпаки — теорія з практикою...</w:t>
      </w:r>
    </w:p>
    <w:p>
      <w:r>
        <w:br/>
        <w:t>Але хай малеча п'є собі каву, а ми тим часом поговорімо з виховательками. У них сила спостережень і довсіду. Тут справжні поклади для педагога, публіциста й навіть письменника. Той, хто хоче знати побут нашої околиці, хто хоче подивитись у найглибші його шпарини — розпитайтесь у дошкільниць. їхні вихованці — це дзеркало, в якому відбивається і добре і зле,— що проходить перед їхніми очима. Ось занотовані дитячі відповіді на різні</w:t>
      </w:r>
    </w:p>
    <w:p>
      <w:r>
        <w:br/>
        <w:t>запитання, що їх давали виховательки дітям, бажаючи обізнатись із їхнім розумовим розвитком. Зупинімось на найцікавіших:</w:t>
      </w:r>
    </w:p>
    <w:p>
      <w:r>
        <w:br/>
        <w:t>Запитання: "Хто такий Ленін?"</w:t>
      </w:r>
    </w:p>
    <w:p>
      <w:r>
        <w:br/>
        <w:t>Відповіді:</w:t>
      </w:r>
    </w:p>
    <w:p>
      <w:r>
        <w:br/>
        <w:t>1. "На стінці висить".</w:t>
      </w:r>
    </w:p>
    <w:p>
      <w:r>
        <w:br/>
        <w:t>2. "Той дідусь, що вмер у Москві, і тепер дуже любить дітей".</w:t>
      </w:r>
    </w:p>
    <w:p>
      <w:r>
        <w:br/>
        <w:t>3. "Ленін — це той великий дядя, що він розпоряджається всіма".</w:t>
      </w:r>
    </w:p>
    <w:p>
      <w:r>
        <w:br/>
        <w:t>4. "Ленін — це пролетарій, комуніст, він — за бідних".</w:t>
      </w:r>
    </w:p>
    <w:p>
      <w:r>
        <w:br/>
        <w:t>5. "Ленін — Тарас Шевченко... він пише про людей, що</w:t>
      </w:r>
    </w:p>
    <w:p>
      <w:r>
        <w:br/>
        <w:t>не заробляють".</w:t>
      </w:r>
    </w:p>
    <w:p>
      <w:r>
        <w:br/>
        <w:t>Запитання: "Хто такий піонер?" Відповіді:</w:t>
      </w:r>
    </w:p>
    <w:p>
      <w:r>
        <w:br/>
        <w:t>1. "Діти, які в бога не вірують".</w:t>
      </w:r>
    </w:p>
    <w:p>
      <w:r>
        <w:br/>
        <w:t>2. "Діти, які не б'ються і їм за це нав'язують червоний</w:t>
      </w:r>
    </w:p>
    <w:p>
      <w:r>
        <w:br/>
        <w:t>галстук".</w:t>
      </w:r>
    </w:p>
    <w:p>
      <w:r>
        <w:br/>
        <w:t>Запитання: "Чому хочеш (або не хочеш) бути піонером?" Відповіді:</w:t>
      </w:r>
    </w:p>
    <w:p>
      <w:r>
        <w:br/>
        <w:t>1. "Не хочу, бо я девочка, і, коли виросту, буду бариш-ней, а з мальчиками стидно гулять"...</w:t>
      </w:r>
    </w:p>
    <w:p>
      <w:r>
        <w:br/>
        <w:t>2. "Хочу, бо буду тоді всіх дітей лупити, а вони слухатимуться, як наших хлопців-піонерів усі слухають"...</w:t>
      </w:r>
    </w:p>
    <w:p>
      <w:r>
        <w:br/>
        <w:t>Запитання: "Хто зробив революцію?" Відповіді:</w:t>
      </w:r>
    </w:p>
    <w:p>
      <w:r>
        <w:br/>
        <w:t>1. "Мій тато, бо каже: "Мы сделали революцию!"</w:t>
      </w:r>
    </w:p>
    <w:p>
      <w:r>
        <w:br/>
        <w:t>2. "Женотдел. Там моя мама з тьотею Пашею працю-</w:t>
      </w:r>
    </w:p>
    <w:p>
      <w:r>
        <w:br/>
        <w:t>ють. От вони всі на собранії підговорились, зробили</w:t>
      </w:r>
    </w:p>
    <w:p>
      <w:r>
        <w:br/>
        <w:t>революцію і не варили нам обідати: ми плакали, а іТапа</w:t>
      </w:r>
    </w:p>
    <w:p>
      <w:r>
        <w:br/>
        <w:t>здорово маму налупив".</w:t>
      </w:r>
    </w:p>
    <w:p>
      <w:r>
        <w:br/>
        <w:t>3. "Бог".</w:t>
      </w:r>
    </w:p>
    <w:p>
      <w:r>
        <w:br/>
        <w:t>4. "Цар".</w:t>
      </w:r>
    </w:p>
    <w:p>
      <w:r>
        <w:br/>
        <w:t>5. "Ленін з усякими комісарами".</w:t>
      </w:r>
    </w:p>
    <w:p>
      <w:r>
        <w:br/>
        <w:t>Запитання: "Хто сіє хліб?"</w:t>
      </w:r>
    </w:p>
    <w:p>
      <w:r>
        <w:br/>
        <w:t>Відповіді:</w:t>
      </w:r>
    </w:p>
    <w:p>
      <w:r>
        <w:br/>
        <w:t>1. "Селяни, що живуть у Боярці".</w:t>
      </w:r>
    </w:p>
    <w:p>
      <w:r>
        <w:br/>
        <w:t>2. "Бабушкина девушка й дядя Петя".</w:t>
      </w:r>
    </w:p>
    <w:p>
      <w:r>
        <w:br/>
        <w:t>Дитячий садок — український. До нього попадає малеча і з родин з ламаною мовою, але в садку вона непомітно починає говорити доброю українською мовою. Такий дитячий садок є разом із тим засіб українізувати батьків. Виховательки вимагають, щоб батьки вдома говорили з дітьми також українською мовою. І батьки намагаються... Бувають зрідка випадки спору, але то тільки зрідка, адже факт фактом: це ростуть майбутні громадяни УСРР, громадяни не тільки зовнішньою, механічною приналежністю, а й внутрішньою —"уесерерівські"...</w:t>
      </w:r>
    </w:p>
    <w:p>
      <w:r>
        <w:br/>
        <w:t>Бавлячись у садку, дитина поволі, але грунтовно так звикає до української мови, що — схибни хоч трохи мовно випадковий відвідувач і — вже може трапитись курйоз. Одного разу садок оглядала інструкторка Наркомосвіти. З дітворою вона намагалась говорити по-українськи:</w:t>
      </w:r>
    </w:p>
    <w:p>
      <w:r>
        <w:br/>
        <w:t>— А скажи мені, Соня, що ти дєлаєш у садку після обіду?</w:t>
      </w:r>
    </w:p>
    <w:p>
      <w:r>
        <w:br/>
        <w:t>Маленька Соня зашарілась, але відповіла амбітно:</w:t>
      </w:r>
    </w:p>
    <w:p>
      <w:r>
        <w:br/>
        <w:t>— Я ніколи в садку не "дєлаю", для цього в нас є інше місце...</w:t>
      </w:r>
    </w:p>
    <w:p>
      <w:r>
        <w:br/>
        <w:t>Під яблунею, що голубливо простерла своє квітчасте гілля, дитяче коло грає в берізоньку. Крутиться малеча барвистим колом, і не відрізнити яблуневого цвіту від дитячих постатей.</w:t>
      </w:r>
    </w:p>
    <w:p>
      <w:r>
        <w:br/>
        <w:t>Вони злилися в одне рожаїсте ціле, в єдиний образ тої чарівної весни, що іще раз прийшла до нас. І вам згадуються не до місця Олесеві рядки:</w:t>
      </w:r>
    </w:p>
    <w:p>
      <w:r>
        <w:br/>
        <w:t>Ти не дивись, що буде там, Чи забуття, чи зрада: — Весна ще назустріч вам, Весна в цей час вам рада.</w:t>
      </w:r>
    </w:p>
    <w:p>
      <w:r>
        <w:br/>
        <w:t>Яблуні в цвіту стоятимуть ще не одну весну за ваше життя, але вже ніколи не зіллєтесь ви з яблуневим цвітом у чарівну симфонію тзк, як зливаються перед вашими очима ці діти.</w:t>
      </w:r>
    </w:p>
    <w:p>
      <w:r>
        <w:br/>
        <w:t>Щось сповнило ваші груди і хвилює. І коли ви покидаєте разом із веселими, безжурними дітьми, що вже спочили по обіді, дитячий садок, вам востаннє спадає одна химерна думка:</w:t>
      </w:r>
    </w:p>
    <w:p>
      <w:r>
        <w:br/>
        <w:t>"Як шкода, що ваш світанок життя пройшов без оцих милих "санкомів", "природкомів", "берізоньок" і "струмочків"! Яка шкода, що нема такого фаустівського Мефістофеля, щоб обернув би вас із випадкового відвідувача на постійного вихованця дитячого садка.*."</w:t>
      </w:r>
    </w:p>
    <w:p>
      <w:r>
        <w:br/>
        <w:t>А дорогою з лук'янівськмх садів струменяться яблуневі пахощі і з-за парканів визирають білі віти.</w:t>
      </w:r>
    </w:p>
    <w:p>
      <w:r>
        <w:br/>
        <w:t>Яблуні в цвіту...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Яблуні в цвіту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