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знову чітко пізнаю...</w:t>
      </w:r>
    </w:p>
    <w:p>
      <w:r>
        <w:br/>
        <w:t xml:space="preserve"> Я знову чітко пізнаю&lt;br /&gt;</w:t>
        <w:br/>
        <w:t>окресленість осінніх візій&lt;br /&gt;</w:t>
        <w:br/>
        <w:t>в наскрізь провітренім гаю,&lt;br /&gt;</w:t>
        <w:br/>
        <w:t>в його просвітленості сизій,&lt;br /&gt;</w:t>
        <w:br/>
        <w:t>де облетів останній лист —&lt;br /&gt;</w:t>
        <w:br/>
        <w:t>ілюзія коротка літа —&lt;br /&gt;</w:t>
        <w:br/>
        <w:t>і де основи стислий зміст&lt;br /&gt;</w:t>
        <w:br/>
        <w:t>у форми стовбурів відлито:&lt;br /&gt;</w:t>
        <w:br/>
        <w:t>Вигончастий і дужий в'яз,&lt;br /&gt;</w:t>
        <w:br/>
        <w:t>дебелий дуб і клен крислатий —&lt;br /&gt;</w:t>
        <w:br/>
        <w:t>відпорну міць деревних м'яз&lt;br /&gt;</w:t>
        <w:br/>
        <w:t>зими негодам не здолати.&lt;br /&gt;</w:t>
        <w:br/>
        <w:t>Я до пругастої кори&lt;br /&gt;</w:t>
        <w:br/>
        <w:t>чутливим дотуляюсь вухом,&lt;br /&gt;</w:t>
        <w:br/>
        <w:t>щоб знов осінньої пори&lt;br /&gt;</w:t>
        <w:br/>
        <w:t>дійти і почуттям і слухом&lt;br /&gt;</w:t>
        <w:br/>
        <w:t>до подиху живих тканин,&lt;br /&gt;</w:t>
        <w:br/>
        <w:t>до колобігу їхніх соків.&lt;br /&gt;</w:t>
        <w:br/>
        <w:t>Я теж Землі цієї син,&lt;br /&gt;</w:t>
        <w:br/>
        <w:t>мої ви земляки високі!&lt;br /&gt;</w:t>
        <w:br/>
        <w:t>Там, де у снастях верховіть&lt;br /&gt;</w:t>
        <w:br/>
        <w:t>Навальний вітер дме і свище,&lt;br /&gt;</w:t>
        <w:br/>
        <w:t>я чую — дерево скрипить&lt;br /&gt;</w:t>
        <w:br/>
        <w:t>від крони до кореневища.&lt;br /&gt;</w:t>
        <w:br/>
        <w:t>Хоч зір мій ледве поміча&lt;br /&gt;</w:t>
        <w:br/>
        <w:t>Його хитання амплітуду,&lt;br /&gt;</w:t>
        <w:br/>
        <w:t>я дружнім дотиком плеча&lt;br /&gt;</w:t>
        <w:br/>
        <w:t>його підтримувати буду.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знову чітко пізнаю...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