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змалку боявся поганого ока...</w:t>
      </w:r>
    </w:p>
    <w:p>
      <w:r>
        <w:br/>
        <w:t xml:space="preserve"> Романові Безпалківу</w:t>
      </w:r>
    </w:p>
    <w:p>
      <w:r>
        <w:br/>
        <w:t>Я змалку боявся поганого ока. Зомлів&lt;br /&gt;</w:t>
        <w:br/>
        <w:t>колись я на храмі в чужому селі, безпорадний.&lt;br /&gt;</w:t>
        <w:br/>
        <w:t>Вже знаю про себе ту правду, яку я хотів.&lt;br /&gt;</w:t>
        <w:br/>
        <w:t>Я знаю ту правду, що врешті подібна</w:t>
      </w:r>
    </w:p>
    <w:p>
      <w:r>
        <w:br/>
        <w:t>на правду.</w:t>
      </w:r>
    </w:p>
    <w:p>
      <w:r>
        <w:br/>
        <w:t>Розплющую очі в дитинстві.</w:t>
      </w:r>
    </w:p>
    <w:p>
      <w:r>
        <w:br/>
        <w:t>Церкви і хати</w:t>
      </w:r>
    </w:p>
    <w:p>
      <w:r>
        <w:br/>
        <w:t>іще не бляшані —</w:t>
      </w:r>
    </w:p>
    <w:p>
      <w:r>
        <w:br/>
        <w:t>під снігом —</w:t>
      </w:r>
    </w:p>
    <w:p>
      <w:r>
        <w:br/>
        <w:t>блищать наді мною.</w:t>
      </w:r>
    </w:p>
    <w:p>
      <w:r>
        <w:br/>
        <w:t>Я торсаю двері.</w:t>
      </w:r>
    </w:p>
    <w:p>
      <w:r>
        <w:br/>
        <w:t>Я мушу до хати зайти.</w:t>
      </w:r>
    </w:p>
    <w:p>
      <w:r>
        <w:br/>
        <w:t>Бо я там прокинувся.</w:t>
      </w:r>
    </w:p>
    <w:p>
      <w:r>
        <w:br/>
        <w:t>Я там завмер під стіною.</w:t>
      </w:r>
    </w:p>
    <w:p>
      <w:r>
        <w:br/>
        <w:t>Ми завше найменші у сяйві,</w:t>
      </w:r>
    </w:p>
    <w:p>
      <w:r>
        <w:br/>
        <w:t>а віра в обман</w:t>
      </w:r>
    </w:p>
    <w:p>
      <w:r>
        <w:br/>
        <w:t>солодкий</w:t>
      </w:r>
    </w:p>
    <w:p>
      <w:r>
        <w:br/>
        <w:t>у ловах зі страхом</w:t>
      </w:r>
    </w:p>
    <w:p>
      <w:r>
        <w:br/>
        <w:t>довіку потрібна.</w:t>
      </w:r>
    </w:p>
    <w:p>
      <w:r>
        <w:br/>
        <w:t>Я плакав у сінях родинних — я знаю цей стан,&lt;br /&gt;</w:t>
        <w:br/>
        <w:t>я зиаю, чому моя правда на правду подібна.</w:t>
      </w:r>
    </w:p>
    <w:p>
      <w:r>
        <w:br/>
        <w:t>Ми завше беззахисні в сяйві,</w:t>
      </w:r>
    </w:p>
    <w:p>
      <w:r>
        <w:br/>
        <w:t>а віра в обман</w:t>
      </w:r>
    </w:p>
    <w:p>
      <w:r>
        <w:br/>
        <w:t>спасенний</w:t>
      </w:r>
    </w:p>
    <w:p>
      <w:r>
        <w:br/>
        <w:t>у ловах зі смертю</w:t>
      </w:r>
    </w:p>
    <w:p>
      <w:r>
        <w:br/>
        <w:t>одвіку несхибна.</w:t>
      </w:r>
    </w:p>
    <w:p>
      <w:r>
        <w:br/>
        <w:t>Співав я маржині у стайні — я знаю цей стан.&lt;br /&gt;</w:t>
        <w:br/>
        <w:t>Я знаю, чому моя правда на правду подібна.</w:t>
      </w:r>
    </w:p>
    <w:p>
      <w:r>
        <w:br/>
        <w:t>Заплющую очі в дитинстві.</w:t>
      </w:r>
    </w:p>
    <w:p>
      <w:r>
        <w:br/>
        <w:t>Хати і церкви</w:t>
      </w:r>
    </w:p>
    <w:p>
      <w:r>
        <w:br/>
        <w:t>темніють зі мною і кожна —</w:t>
      </w:r>
    </w:p>
    <w:p>
      <w:r>
        <w:br/>
        <w:t>у хмарі —</w:t>
      </w:r>
    </w:p>
    <w:p>
      <w:r>
        <w:br/>
        <w:t>на зламі.</w:t>
      </w:r>
    </w:p>
    <w:p>
      <w:r>
        <w:br/>
        <w:t>Останньою стонкне</w:t>
      </w:r>
    </w:p>
    <w:p>
      <w:r>
        <w:br/>
        <w:t>перервана тінь голови.</w:t>
      </w:r>
    </w:p>
    <w:p>
      <w:r>
        <w:br/>
        <w:t>Залишиться погляд,</w:t>
      </w:r>
    </w:p>
    <w:p>
      <w:r>
        <w:br/>
        <w:t>й дитина зомліє на храмі.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змалку боявся поганого ока...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