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ж інкубаторський!</w:t>
      </w:r>
    </w:p>
    <w:p>
      <w:r>
        <w:br/>
        <w:t xml:space="preserve"> &lt;p&gt;Дома мама підкладає під квочку яєчка. Посидить квочка на яєчках двадцять один день, і з яєчок народжуються курчатка. Жовтенькі, кругленькі, як м’ячики. Бігають за квочкою — за своєю мамою, пискотять:</w:t>
      </w:r>
    </w:p>
    <w:p>
      <w:r>
        <w:br/>
        <w:t>— Пі-пі-пі...</w:t>
      </w:r>
    </w:p>
    <w:p>
      <w:r>
        <w:br/>
        <w:t>У колгоспі виводять курчаток не так. Там є інкубатор. Накладуть в інкубатор яєчок, хоч і сто, хоч і п’ятсот, пустять туди тепло, і там через двадцять один день з тих яєчок курчатка народжуються. Такі ж маленькі, такі ж гарненькі,</w:t>
      </w:r>
    </w:p>
    <w:p>
      <w:r>
        <w:br/>
        <w:t>як м’ячики. Тільки мами-квочки у них немає. Звуть їх просто інкубаторськими.</w:t>
      </w:r>
    </w:p>
    <w:p>
      <w:r>
        <w:br/>
        <w:t>Отож народився в колгоспному інкубаторі півник Куррр. Був він жвавий, невстрійливий, ніколи не слухав бригадира Христі. Бригадир Христя одвернеться кудись на мить, а півника Куррра вже й близько немає!</w:t>
      </w:r>
    </w:p>
    <w:p>
      <w:r>
        <w:br/>
        <w:t>— Ой півнику, півнику! — казала йому не раз бригадир Христя. — Добром твої мандри не скінчаться.</w:t>
      </w:r>
    </w:p>
    <w:p>
      <w:r>
        <w:br/>
        <w:t>— А якось-то буде,— відповідав Куррр.— Лис мене не наздожене, від Вовка втечу.</w:t>
      </w:r>
    </w:p>
    <w:p>
      <w:r>
        <w:br/>
        <w:t>Та й знову в ліс. І наскочив на Вовка. Побачив півника Сірий — і до нього. Клацнув зубами:</w:t>
      </w:r>
    </w:p>
    <w:p>
      <w:r>
        <w:br/>
        <w:t>— Ага, піймався?! Ану, побачу, як ти втечеш від мене!</w:t>
      </w:r>
    </w:p>
    <w:p>
      <w:r>
        <w:br/>
        <w:t>Роззявив Вовк пащу і до півника.</w:t>
      </w:r>
    </w:p>
    <w:p>
      <w:r>
        <w:br/>
        <w:t>Куррр так і вмер. Видима смерть страшна.</w:t>
      </w:r>
    </w:p>
    <w:p>
      <w:r>
        <w:br/>
        <w:t>Тим часом Вовк глянув на півника ще раз. А він стоїть перед ним такий бідолашний, такий маленький.</w:t>
      </w:r>
    </w:p>
    <w:p>
      <w:r>
        <w:br/>
        <w:t>"Небагато з нього наїдку,— подумав Вовк.— Як би його так зробити, щоб замість оцього голопузого пискляти жирну курку з’їсти"?</w:t>
      </w:r>
    </w:p>
    <w:p>
      <w:r>
        <w:br/>
        <w:t>Поміркував, поміркував і каже півникові:</w:t>
      </w:r>
    </w:p>
    <w:p>
      <w:r>
        <w:br/>
        <w:t>— Знаєш що, Куррр? Я тебе їсти не буду. Жаль мені тебе. Але мені хотілося б зустрітися і погомоніти з твоєю мамою — товстою Квочкою. Десь гарна вона Курка,— говорив він далі,— коли зуміла народити і виховати такого славного хлопчика, як ти. Приведи її сюди, в гай. Ми тут погуляємо, послухаємо, як Синичка співа, як сюрчать коники. Добре?</w:t>
      </w:r>
    </w:p>
    <w:p>
      <w:r>
        <w:br/>
        <w:t>Зрадів Куррр, каже:</w:t>
      </w:r>
    </w:p>
    <w:p>
      <w:r>
        <w:br/>
        <w:t>— Добре. Я її приведу. Почекайте, Вовче, тут. Я побіжу на ферму і одразу ж назад.</w:t>
      </w:r>
    </w:p>
    <w:p>
      <w:r>
        <w:br/>
        <w:t>І побіг. По дорозі зачепився за бур’янину, мало не впав. Вовк сердито гукнув, бо добре їсти хотілося:</w:t>
      </w:r>
    </w:p>
    <w:p>
      <w:r>
        <w:br/>
        <w:t>— Та не плентайся, а мерщій біжи. І повертайся з мамою. Чуєш? З мамою, мамою, мамою!</w:t>
      </w:r>
    </w:p>
    <w:p>
      <w:r>
        <w:br/>
        <w:t>— Та чую,— одкинувши бур’янину, весело відповів півник і помчав. А як уже відбіг далеченько, спинився на горбочку і закричав:</w:t>
      </w:r>
    </w:p>
    <w:p>
      <w:r>
        <w:br/>
        <w:t>— А в мене мами немає! Я ж — інкубаторський!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ж інкубаторський!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