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виросла у Київській Венеції...</w:t>
      </w:r>
    </w:p>
    <w:p>
      <w:r>
        <w:br/>
        <w:t xml:space="preserve"> * * *</w:t>
      </w:r>
    </w:p>
    <w:p>
      <w:r>
        <w:br/>
        <w:t>Я виросла у Київській Венеції.&lt;br /&gt;</w:t>
        <w:br/>
        <w:t>Цвіли у нас під вікнами акації.&lt;br /&gt;</w:t>
        <w:br/>
        <w:t>А повінь прибувала по інерції&lt;br /&gt;</w:t>
        <w:br/>
        <w:t>і заливала всі комунікації.&lt;br /&gt;</w:t>
        <w:br/>
        <w:t>Гойдалися причали і привози.&lt;br /&gt;</w:t>
        <w:br/>
        <w:t>Світилися кіоски, мов кіотики.&lt;br /&gt;</w:t>
        <w:br/>
        <w:t>А повінь заливала верболози&lt;br /&gt;</w:t>
        <w:br/>
        <w:t>по саме небо і по самі котики.&lt;br /&gt;</w:t>
        <w:br/>
        <w:t>О, як було нам весело, як весело!&lt;br /&gt;</w:t>
        <w:br/>
        <w:t>Жили ми на горищах і терасах.&lt;br /&gt;</w:t>
        <w:br/>
        <w:t>Усе махало крилами і веслами,&lt;br /&gt;</w:t>
        <w:br/>
        <w:t>і кози скубли сіно на баркасах.&lt;br /&gt;</w:t>
        <w:br/>
        <w:t>І на човнах, залитими кварталами,&lt;br /&gt;</w:t>
        <w:br/>
        <w:t>коли ми поверталися зі школи,&lt;br /&gt;</w:t>
        <w:br/>
        <w:t>дзвеніли сміхом, сонцем і гітарами&lt;br /&gt;</w:t>
        <w:br/>
        <w:t>балкончиків причалені гондоли.&lt;br /&gt;</w:t>
        <w:br/>
        <w:t>І слухав місяць золотистим вухом&lt;br /&gt;</w:t>
        <w:br/>
        <w:t>страшні легенди про князів і ханів.&lt;br /&gt;</w:t>
        <w:br/>
        <w:t>І пропливав старий рибалка Трухан.&lt;br /&gt;</w:t>
        <w:br/>
        <w:t>Труханів острів... острів Тугорханів...&lt;br /&gt;</w:t>
        <w:br/>
        <w:t>А потім бомби влучили у спокій.&lt;br /&gt;</w:t>
        <w:br/>
        <w:t>Чорніли крокв обвуглені трапеції.&lt;br /&gt;</w:t>
        <w:br/>
        <w:t>А потім повінь позмивала попіл&lt;br /&gt;</w:t>
        <w:br/>
        <w:t>моєї дерев'яної Венеції.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виросла у Київській Венеції...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