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ніколи не думала...</w:t>
      </w:r>
    </w:p>
    <w:p>
      <w:r>
        <w:br/>
        <w:t xml:space="preserve"> Я ніколи не думала,&lt;br /&gt;</w:t>
        <w:br/>
        <w:t>Що розчарування – смішне.&lt;br /&gt;</w:t>
        <w:br/>
        <w:t>Я його уявляла трагічним&lt;br /&gt;</w:t>
        <w:br/>
        <w:t>І катастрофічним...&lt;br /&gt;</w:t>
        <w:br/>
        <w:t>А насправді –&lt;br /&gt;</w:t>
        <w:br/>
        <w:t>Насправді то сміх&lt;br /&gt;</w:t>
        <w:br/>
        <w:t>Переповнив мене,&lt;br /&gt;</w:t>
        <w:br/>
        <w:t>Він узявся довести,&lt;br /&gt;</w:t>
        <w:br/>
        <w:t>Що все у цім світі не вічне.&lt;br /&gt;</w:t>
        <w:br/>
        <w:t>Як банально:&lt;br /&gt;</w:t>
        <w:br/>
        <w:t>Ти – вигадка!&lt;br /&gt;</w:t>
        <w:br/>
        <w:t>Ця висота не збулась,&lt;br /&gt;</w:t>
        <w:br/>
        <w:t>Паперові кораблики,&lt;br /&gt;</w:t>
        <w:br/>
        <w:t>А не вітрильники в морі...&lt;br /&gt;</w:t>
        <w:br/>
        <w:t>Я не хочу джаз-грому,&lt;br /&gt;</w:t>
        <w:br/>
        <w:t>Хай лине над березнем вальс,&lt;br /&gt;</w:t>
        <w:br/>
        <w:t>Хай спочине душа,&lt;br /&gt;</w:t>
        <w:br/>
        <w:t>Бо вона – ніби птаха&lt;br /&gt;</w:t>
        <w:br/>
        <w:t>Наморена.&lt;br /&gt;</w:t>
        <w:br/>
        <w:t>Я сміюсь.&lt;br /&gt;</w:t>
        <w:br/>
        <w:t>Я не плачу.&lt;br /&gt;</w:t>
        <w:br/>
        <w:t>Бо сіль – не в сльозах.&lt;br /&gt;</w:t>
        <w:br/>
        <w:t>Сіль – в словах.&lt;br /&gt;</w:t>
        <w:br/>
        <w:t>Сіль – то біла печаль,&lt;br /&gt;</w:t>
        <w:br/>
        <w:t>Що снігами впаде на світанні...&lt;br /&gt;</w:t>
        <w:br/>
        <w:t>... Катастрофа минула.&lt;br /&gt;</w:t>
        <w:br/>
        <w:t>Трагедія не відбулась,&lt;br /&gt;</w:t>
        <w:br/>
        <w:t>Залишилось єдине –&lt;br /&gt;</w:t>
        <w:br/>
        <w:t>Смішне моє розчарування...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ніколи не думала...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