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люблю тебе в щасті і в горі...</w:t>
      </w:r>
    </w:p>
    <w:p>
      <w:r>
        <w:br/>
        <w:t xml:space="preserve"> Я люблю тебе в щасті і в горі,&lt;br /&gt;</w:t>
        <w:br/>
        <w:t>Серед весен і посеред зим.&lt;br /&gt;</w:t>
        <w:br/>
        <w:t>І нехай язики злі говорять&lt;br /&gt;</w:t>
        <w:br/>
        <w:t>Небилиці між блудом лихим,&lt;br /&gt;</w:t>
        <w:br/>
        <w:t>Я не зможу тебе розлюбити&lt;br /&gt;</w:t>
        <w:br/>
        <w:t>Ні в розвагах, ні в тихім жалю.&lt;br /&gt;</w:t>
        <w:br/>
        <w:t>Під одною зорею нам жити,&lt;br /&gt;</w:t>
        <w:br/>
        <w:t>Де я квітами долю стелю,&lt;br /&gt;</w:t>
        <w:br/>
        <w:t>Де гойдають розбурхані хвилі&lt;br /&gt;</w:t>
        <w:br/>
        <w:t>Між рожевих життя узбереж&lt;br /&gt;</w:t>
        <w:br/>
        <w:t>Наші мрії наївні і милі,&lt;br /&gt;</w:t>
        <w:br/>
        <w:t>Що не мають кінця ані меж.&lt;br /&gt;</w:t>
        <w:br/>
        <w:t>Нам судилось усього потроху:&lt;br /&gt;</w:t>
        <w:br/>
        <w:t>Було горя, як в досвітка рос;&lt;br /&gt;</w:t>
        <w:br/>
        <w:t>Наші думи, немов скоромохи,&lt;br /&gt;</w:t>
        <w:br/>
        <w:t>Мандрували на поклики гроз;&lt;br /&gt;</w:t>
        <w:br/>
        <w:t>Ми шукали себе серед неба,&lt;br /&gt;</w:t>
        <w:br/>
        <w:t>Присягались у хорі вітрів&lt;br /&gt;</w:t>
        <w:br/>
        <w:t>І картались, коли без потреби&lt;br /&gt;</w:t>
        <w:br/>
        <w:t>Нами правив непрошений гнів.&lt;br /&gt;</w:t>
        <w:br/>
        <w:t>Я люблю тебе. І не зрікаюсь&lt;br /&gt;</w:t>
        <w:br/>
        <w:t>Ні цих слів, ні своїх почуттів.&lt;br /&gt;</w:t>
        <w:br/>
        <w:t>Тільки смутком далеким лунає&lt;br /&gt;</w:t>
        <w:br/>
        <w:t>Голос нами вже пройдених днів.&lt;br /&gt;</w:t>
        <w:br/>
        <w:t>Але вірю: в життєвім огромі&lt;br /&gt;</w:t>
        <w:br/>
        <w:t>Ще відпустить фортуна нам шанс,&lt;br /&gt;</w:t>
        <w:br/>
        <w:t>І зазнов в солов'їному громі&lt;br /&gt;</w:t>
        <w:br/>
        <w:t>Ми пізнаємо наш ренесанс.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люблю тебе в щасті і в горі...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