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іду… Чорна ніч слонить тінню мене...</w:t>
      </w:r>
    </w:p>
    <w:p>
      <w:r>
        <w:br/>
        <w:t xml:space="preserve"> * * *</w:t>
      </w:r>
    </w:p>
    <w:p>
      <w:r>
        <w:br/>
        <w:t>Я іду… Чорна ніч слонить тінню мене,&lt;br /&gt;</w:t>
        <w:br/>
        <w:t>Вітер спомини звіє по мені,&lt;br /&gt;</w:t>
        <w:br/>
        <w:t>Мов скиталець блудний, човен мій пожене,&lt;br /&gt;</w:t>
        <w:br/>
        <w:t>Гей, на море, на хвилі на сині.</w:t>
      </w:r>
    </w:p>
    <w:p>
      <w:r>
        <w:br/>
        <w:t>Я іду. Чи найду супокійний остров,&lt;br /&gt;</w:t>
        <w:br/>
        <w:t>Чи забуду, як стріну затишшя,&lt;br /&gt;</w:t>
        <w:br/>
        <w:t>Чи, як тінь, паде там вслід за мною любов,&lt;br /&gt;</w:t>
        <w:br/>
        <w:t>Мені душу тугою вколише?..</w:t>
      </w:r>
    </w:p>
    <w:p>
      <w:r>
        <w:br/>
        <w:t>Я іду… Я іду… Серед бурі огнів&lt;br /&gt;</w:t>
        <w:br/>
        <w:t>В вічну путь, в забуття, серед ночі,&lt;br /&gt;</w:t>
        <w:br/>
        <w:t>Тілько море шумить свою думу без слів,&lt;br /&gt;</w:t>
        <w:br/>
        <w:t>Тілько жалібно мева кигоче.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іду… Чорна ніч слонить тінню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