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б тебе цілував, цілував...</w:t>
      </w:r>
    </w:p>
    <w:p>
      <w:r>
        <w:br/>
        <w:t xml:space="preserve"> Я б тебе цілував, цілував&lt;br /&gt;</w:t>
        <w:br/>
        <w:t>За парканами заспаних станцій,&lt;br /&gt;</w:t>
        <w:br/>
        <w:t>Де м’яка, соковита трава&lt;br /&gt;</w:t>
        <w:br/>
        <w:t>Килим стеле до тихих акацій…</w:t>
      </w:r>
    </w:p>
    <w:p>
      <w:r>
        <w:br/>
        <w:t>Одморгають і зорі своє,&lt;br /&gt;</w:t>
        <w:br/>
        <w:t>Одгудуть паротяги далекі,&lt;br /&gt;</w:t>
        <w:br/>
        <w:t>Одинокий ліхтар покладе&lt;br /&gt;</w:t>
        <w:br/>
        <w:t>Дивний відблиск на ковану рейку.</w:t>
      </w:r>
    </w:p>
    <w:p>
      <w:r>
        <w:br/>
        <w:t>Поцілує холодний метал,&lt;br /&gt;</w:t>
        <w:br/>
        <w:t>Розтечеться металом змертвілим,&lt;br /&gt;</w:t>
        <w:br/>
        <w:t>Сотні тисяч отруєних жал,&lt;br /&gt;</w:t>
        <w:br/>
        <w:t>Перетнуть твоє стомлене тіло!</w:t>
      </w:r>
    </w:p>
    <w:p>
      <w:r>
        <w:br/>
        <w:t>Я тебе не люблю, не любив, —&lt;br /&gt;</w:t>
        <w:br/>
        <w:t>Як не можу любити нікого —&lt;br /&gt;</w:t>
        <w:br/>
        <w:t>Моє серце під бурю розбив&lt;br /&gt;</w:t>
        <w:br/>
        <w:t>Синій грім з-за похмурого рогу…</w:t>
      </w:r>
    </w:p>
    <w:p>
      <w:r>
        <w:br/>
        <w:t>Моє серце спалили вогні —&lt;br /&gt;</w:t>
        <w:br/>
        <w:t>Горобиної ночі заграви…&lt;br /&gt;</w:t>
        <w:br/>
        <w:t>Коли зможеш, прости і збагни&lt;br /&gt;</w:t>
        <w:br/>
        <w:t>Цей паркан, ці акації й трави!</w:t>
      </w:r>
    </w:p>
    <w:p>
      <w:r>
        <w:br/>
        <w:t>…Може ляжеш гарячим плечем&lt;br /&gt;</w:t>
        <w:br/>
        <w:t>На крицеву, морожену рейку…&lt;br /&gt;</w:t>
        <w:br/>
        <w:t>Паротяг закричить, утече&lt;br /&gt;</w:t>
        <w:br/>
        <w:t>В далечінь незнайому й далеку…</w:t>
      </w:r>
    </w:p>
    <w:p>
      <w:r>
        <w:br/>
        <w:t>І світанок гарячим мечем&lt;br /&gt;</w:t>
        <w:br/>
        <w:t>Розворушить забруднені хмари.&lt;br /&gt;</w:t>
        <w:br/>
        <w:t>…Цілував твоє тепле плече,&lt;br /&gt;</w:t>
        <w:br/>
        <w:t>Твої очи не сині, а карі…</w:t>
      </w:r>
    </w:p>
    <w:p>
      <w:r>
        <w:br/>
        <w:t>Збережеш своє тепле плече!&lt;br /&gt;</w:t>
        <w:br/>
        <w:t>Підеш ти у брудні океани…&lt;br /&gt;</w:t>
        <w:br/>
        <w:t>День за днем у глибінь потече&lt;br /&gt;</w:t>
        <w:br/>
        <w:t>Мов алея, мов рівні каштани…</w:t>
      </w:r>
    </w:p>
    <w:p>
      <w:r>
        <w:br/>
        <w:t>Одійди ж у далекі краї,&lt;br /&gt;</w:t>
        <w:br/>
        <w:t>Залиши моє тіло прокляте…&lt;br /&gt;</w:t>
        <w:br/>
        <w:t>(А цілунки, цілунки твої —&lt;br /&gt;</w:t>
        <w:br/>
        <w:t>Білі голуби, рожі розп’яті!..)</w:t>
      </w:r>
    </w:p>
    <w:p>
      <w:r>
        <w:br/>
        <w:t>Одійди у далекі світи,&lt;br /&gt;</w:t>
        <w:br/>
        <w:t>Я самотній, як давня отрута…&lt;br /&gt;</w:t>
        <w:br/>
        <w:t>Я не смію до хати ввійти,&lt;br /&gt;</w:t>
        <w:br/>
        <w:t>Де мадонна, де радощів пута…</w:t>
      </w:r>
    </w:p>
    <w:p>
      <w:r>
        <w:br/>
        <w:t>Одійди ж! Я не бачив тебе,&lt;br /&gt;</w:t>
        <w:br/>
        <w:t>Я не знаю замучених станцій.&lt;br /&gt;</w:t>
        <w:br/>
        <w:t>Попіл серця лихий загребе,&lt;br /&gt;</w:t>
        <w:br/>
        <w:t>Кине в тінь від холодних акацій.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б тебе цілував, цілував...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