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знову цілу ніч верзлося…</w:t>
      </w:r>
    </w:p>
    <w:p>
      <w:r>
        <w:br/>
        <w:t xml:space="preserve"> І знову цілу ніч верзлося:&lt;br /&gt;</w:t>
        <w:br/>
        <w:t>біжу зацькований, мов звір,&lt;br /&gt;</w:t>
        <w:br/>
        <w:t>і слід кривавиться на росах,&lt;br /&gt;</w:t>
        <w:br/>
        <w:t>і піт рудий туманить зір.</w:t>
      </w:r>
    </w:p>
    <w:p>
      <w:r>
        <w:br/>
        <w:t>І знову бачу світ багряно.&lt;br /&gt;</w:t>
        <w:br/>
        <w:t>За мною полум’я і дим,&lt;br /&gt;</w:t>
        <w:br/>
        <w:t>гаряча заграва над станом,&lt;br /&gt;</w:t>
        <w:br/>
        <w:t>безправ’я над добром моїм.</w:t>
      </w:r>
    </w:p>
    <w:p>
      <w:r>
        <w:br/>
        <w:t>І знов в ганьбі стріваю ранок,&lt;br /&gt;</w:t>
        <w:br/>
        <w:t>і ліс мені, мов звірю кліть.&lt;br /&gt;</w:t>
        <w:br/>
        <w:t>Та прийде день мій невблаганно,&lt;br /&gt;</w:t>
        <w:br/>
        <w:t>ще мить, ще мить!..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знову цілу ніч верзлося…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