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пролог</w:t>
      </w:r>
    </w:p>
    <w:p>
      <w:r>
        <w:br/>
        <w:t xml:space="preserve"> Маю день, маю мить,&lt;br /&gt;</w:t>
        <w:br/>
        <w:t>маю вічність собі на остачу.&lt;br /&gt;</w:t>
        <w:br/>
        <w:t>Мала щастя своє, проміняла його на біду.&lt;br /&gt;</w:t>
        <w:br/>
        <w:t>Голубими дощами&lt;br /&gt;</w:t>
        <w:br/>
        <w:t>сто раз над тобою заплачу.&lt;br /&gt;</w:t>
        <w:br/>
        <w:t>Гіацинтовим сонцем&lt;br /&gt;</w:t>
        <w:br/>
        <w:t>сто раз над тобою зійду.</w:t>
      </w:r>
    </w:p>
    <w:p>
      <w:r>
        <w:br/>
        <w:t>Ми з тобою такі безборонні одне перед одним.&lt;br /&gt;</w:t>
        <w:br/>
        <w:t>Ця любов була схожа&lt;br /&gt;</w:t>
        <w:br/>
        <w:t>на таїнство перших причасть.&lt;br /&gt;</w:t>
        <w:br/>
        <w:t>Кожен ранок був ніччю.&lt;br /&gt;</w:t>
        <w:br/>
        <w:t>Кожна ніч була передоднем.&lt;br /&gt;</w:t>
        <w:br/>
        <w:t>Кожен день був жагучим чуттям передщасть.</w:t>
      </w:r>
    </w:p>
    <w:p>
      <w:r>
        <w:br/>
        <w:t>А тепер... Що тепер? Моє серце навіки стерпне.&lt;br /&gt;</w:t>
        <w:br/>
        <w:t>На пожежах печалі я пам'ять свою обпалю.&lt;br /&gt;</w:t>
        <w:br/>
        <w:t>Якби ти знав, як солодко, нестерпно,&lt;br /&gt;</w:t>
        <w:br/>
        <w:t>і як спочатку я тебе люблю!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пролог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