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</w:t>
      </w:r>
    </w:p>
    <w:p>
      <w:r>
        <w:br/>
        <w:t xml:space="preserve"> 1</w:t>
      </w:r>
    </w:p>
    <w:p>
      <w:r>
        <w:br/>
        <w:t>І знов… – блаженна тиша нив&lt;br /&gt;</w:t>
        <w:br/>
        <w:t>і в неосяжнім полі-морі&lt;br /&gt;</w:t>
        <w:br/>
        <w:t>вітрів розпещених приплив&lt;br /&gt;</w:t>
        <w:br/>
        <w:t>на беріг вечора…&lt;br /&gt;</w:t>
        <w:br/>
        <w:t>…і зорі.</w:t>
      </w:r>
    </w:p>
    <w:p>
      <w:r>
        <w:br/>
        <w:t>Вся синьоока, темна ніч,&lt;br /&gt;</w:t>
        <w:br/>
        <w:t>– як молодість твоя ваблива…&lt;br /&gt;</w:t>
        <w:br/>
        <w:t>… тепло вечірніх наших стріч&lt;br /&gt;</w:t>
        <w:br/>
        <w:t>і слів ласкавих, слів щасливих.</w:t>
      </w:r>
    </w:p>
    <w:p>
      <w:r>
        <w:br/>
        <w:t>2</w:t>
      </w:r>
    </w:p>
    <w:p>
      <w:r>
        <w:br/>
        <w:t>Трюмо… Парфум пахтіння ніжне…&lt;br /&gt;</w:t>
        <w:br/>
        <w:t>І оксамит старий… старе саше…&lt;br /&gt;</w:t>
        <w:br/>
        <w:t>І слів і рук ласкава, тепла збіжність,&lt;br /&gt;</w:t>
        <w:br/>
        <w:t>– Щоб болю не торкнутися лише б.</w:t>
      </w:r>
    </w:p>
    <w:p>
      <w:r>
        <w:br/>
        <w:t>Текли зповільна нам оці години,&lt;br /&gt;</w:t>
        <w:br/>
        <w:t>як час, як води… Як усе життя!..&lt;br /&gt;</w:t>
        <w:br/>
        <w:t>Як давнього ті темнії глибини,&lt;br /&gt;</w:t>
        <w:br/>
        <w:t>останні вже. Навік. Без вороття…</w:t>
      </w:r>
    </w:p>
    <w:p>
      <w:r>
        <w:br/>
        <w:t>3</w:t>
      </w:r>
    </w:p>
    <w:p>
      <w:r>
        <w:br/>
        <w:t>І знов людей – вітрів нестримні – дикі орди&lt;br /&gt;</w:t>
        <w:br/>
        <w:t>– тесальники землі – пани і торбарі&lt;br /&gt;</w:t>
        <w:br/>
        <w:t>І погляд ваш… уст виріз такий гордий —&lt;br /&gt;</w:t>
        <w:br/>
        <w:t>герб зорь, Стрілець над нами угорі…</w:t>
      </w:r>
    </w:p>
    <w:p>
      <w:r>
        <w:br/>
        <w:t>Це б цілувати рук слабких і диких&lt;br /&gt;</w:t>
        <w:br/>
        <w:t>останні пута… Пити уст гірких&lt;br /&gt;</w:t>
        <w:br/>
        <w:t>і слів гірких, звичайних слів, великих&lt;br /&gt;</w:t>
        <w:br/>
        <w:t>останньої отрути ясний гріх…</w:t>
      </w:r>
    </w:p>
    <w:p>
      <w:r>
        <w:br/>
        <w:t>4</w:t>
      </w:r>
    </w:p>
    <w:p>
      <w:r>
        <w:br/>
        <w:t>…І ніч прийде… і знову путь…&lt;br /&gt;</w:t>
        <w:br/>
        <w:t>страшна, таємная, незнана…&lt;br /&gt;</w:t>
        <w:br/>
        <w:t>А нам в цій тиші не зідхнуть,&lt;br /&gt;</w:t>
        <w:br/>
        <w:t>ні випростатись нам, – кохана!</w:t>
      </w:r>
    </w:p>
    <w:p>
      <w:r>
        <w:br/>
        <w:t>І біль такий. Останній біль!&lt;br /&gt;</w:t>
        <w:br/>
        <w:t>– то ж чуть, як плине місяць, зорі…&lt;br /&gt;</w:t>
        <w:br/>
        <w:t>Чекає бурь мовчання піль —&lt;br /&gt;</w:t>
        <w:br/>
        <w:t>і стигнуть дні шкляні, прозорі…</w:t>
      </w:r>
    </w:p>
    <w:p>
      <w:r>
        <w:br/>
        <w:t>5</w:t>
      </w:r>
    </w:p>
    <w:p>
      <w:r>
        <w:br/>
        <w:t>В цю мертву тишу, в ніч німу&lt;br /&gt;</w:t>
        <w:br/>
        <w:t>прийде, – постукає у двері&lt;br /&gt;</w:t>
        <w:br/>
        <w:t>нахабний ворог… Де ж візьму?&lt;br /&gt;</w:t>
        <w:br/>
        <w:t>І з ким піду?.. І де тепер ви?..</w:t>
      </w:r>
    </w:p>
    <w:p>
      <w:r>
        <w:br/>
        <w:t>Це вам ні свят, а ні музик! —&lt;br /&gt;</w:t>
        <w:br/>
        <w:t>серпи, ножі вам, діти горя!&lt;br /&gt;</w:t>
        <w:br/>
        <w:t>І ваш слабкий, розпучний крик&lt;br /&gt;</w:t>
        <w:br/>
        <w:t>десь, в тім незбагнутім просторі…</w:t>
      </w:r>
    </w:p>
    <w:p>
      <w:r>
        <w:br/>
        <w:t>6</w:t>
      </w:r>
    </w:p>
    <w:p>
      <w:r>
        <w:br/>
        <w:t>…І вже щербата і безсила пристрасть…&lt;br /&gt;</w:t>
        <w:br/>
        <w:t>і серце, – моє серце на піску,&lt;br /&gt;</w:t>
        <w:br/>
        <w:t>мов хижа риба… Блискавиці бистрі&lt;br /&gt;</w:t>
        <w:br/>
        <w:t>із миті в мить…&lt;br /&gt;</w:t>
        <w:br/>
        <w:t>І бурі у танку…</w:t>
      </w:r>
    </w:p>
    <w:p>
      <w:r>
        <w:br/>
        <w:t>А ваших уст той гордий, скорбний виріз…&lt;br /&gt;</w:t>
        <w:br/>
        <w:t>Долоні теплої пестлива глибина!&lt;br /&gt;</w:t>
        <w:br/>
        <w:t>(Ці дні останні – неможливий вираз…)&lt;br /&gt;</w:t>
        <w:br/>
        <w:t>І знову, біль – останній крик, – вже з дна!..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