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жінка з чорним, як земля, волоссям...</w:t>
      </w:r>
    </w:p>
    <w:p>
      <w:r>
        <w:br/>
        <w:t xml:space="preserve"> І жінка з чорним, як земля, волоссям,&lt;br /&gt;</w:t>
        <w:br/>
        <w:t>яку я знаю вже стільки років,&lt;br /&gt;</w:t>
        <w:br/>
        <w:t>живе собі, не переймаючись зовсім,&lt;br /&gt;</w:t>
        <w:br/>
        <w:t>поміж ранкового світла й вечірніх мороків.</w:t>
      </w:r>
    </w:p>
    <w:p>
      <w:r>
        <w:br/>
        <w:t>Поміж заліза й гарячого листя,&lt;br /&gt;</w:t>
        <w:br/>
        <w:t>поміж стін і пташиних криків,&lt;br /&gt;</w:t>
        <w:br/>
        <w:t>поміж підземних русел, що переплелися,&lt;br /&gt;</w:t>
        <w:br/>
        <w:t>поміж усіх своїх снів і фріків.</w:t>
      </w:r>
    </w:p>
    <w:p>
      <w:r>
        <w:br/>
        <w:t>Вона ходить собі на стадіони й ринки,&lt;br /&gt;</w:t>
        <w:br/>
        <w:t>ховаючи в куртці телефон і флягу.&lt;br /&gt;</w:t>
        <w:br/>
        <w:t>І я готовий палити сусідські будинки,&lt;br /&gt;</w:t>
        <w:br/>
        <w:t>щоби вона звернула на мене увагу.</w:t>
      </w:r>
    </w:p>
    <w:p>
      <w:r>
        <w:br/>
        <w:t>Я готовий позбавити міста керування&lt;br /&gt;</w:t>
        <w:br/>
        <w:t>і на портвейн перетворювати озерну воду,&lt;br /&gt;</w:t>
        <w:br/>
        <w:t>лише б вона, згадуючи про моє існування,&lt;br /&gt;</w:t>
        <w:br/>
        <w:t>писала мені листи про життя і погоду.</w:t>
      </w:r>
    </w:p>
    <w:p>
      <w:r>
        <w:br/>
        <w:t>Я готовий влаштовувати на її вулиці страйки,&lt;br /&gt;</w:t>
        <w:br/>
        <w:t>лише б бути ближче до її ніжності й люті&lt;br /&gt;</w:t>
        <w:br/>
        <w:t>і слухати її постійні байки&lt;br /&gt;</w:t>
        <w:br/>
        <w:t>про те, з ким вона спить і кого вона любить.</w:t>
      </w:r>
    </w:p>
    <w:p>
      <w:r>
        <w:br/>
        <w:t>Я вигадаю нові літери та розділові знаки,&lt;br /&gt;</w:t>
        <w:br/>
        <w:t>я вб’ю всіх старих поетів, які ще щось пишуть,&lt;br /&gt;</w:t>
        <w:br/>
        <w:t>щоби вона забувала про те, що могла знати,&lt;br /&gt;</w:t>
        <w:br/>
        <w:t>щоби вона дивилася в темряву й слухала тишу.</w:t>
      </w:r>
    </w:p>
    <w:p>
      <w:r>
        <w:br/>
        <w:t>Небо за її вікнами буде холодне й зелене.&lt;br /&gt;</w:t>
        <w:br/>
        <w:t>Дощ буде заливати пам’ять її невичерпну.&lt;br /&gt;</w:t>
        <w:br/>
        <w:t>Хай забуває про все.&lt;br /&gt;</w:t>
        <w:br/>
        <w:t>Хай забуває навіть про мене.</w:t>
      </w:r>
    </w:p>
    <w:p>
      <w:r>
        <w:br/>
        <w:t>Лише про мене хай забуває в останню чергу.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жінка з чорним, як земля, волоссям...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