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... І вийшов Колумб на берег Америки вранці...</w:t>
      </w:r>
    </w:p>
    <w:p>
      <w:r>
        <w:br/>
        <w:t xml:space="preserve"> * * *</w:t>
      </w:r>
    </w:p>
    <w:p>
      <w:r>
        <w:br/>
        <w:t>... І вийшов Колумб на берег Америки вранці.&lt;br /&gt;</w:t>
        <w:br/>
        <w:t>Ступив на траву не відомої досі землі.&lt;br /&gt;</w:t>
        <w:br/>
        <w:t>І вийшли з вігвамів наївні стрункі індіанці,&lt;br /&gt;</w:t>
        <w:br/>
        <w:t>вітали його і крутили на пальцях брилі.&lt;br /&gt;</w:t>
        <w:br/>
        <w:t>Жінки танцювали. Гримів над селищем бубон.&lt;br /&gt;</w:t>
        <w:br/>
        <w:t>На шиї пришельцям вдягли запахущі вінки.&lt;br /&gt;</w:t>
        <w:br/>
        <w:t>Такий був ласкавий чужинець з русявим чубом!&lt;br /&gt;</w:t>
        <w:br/>
        <w:t>Браслети дзвеніли. Всю ніч танцювали жінки.&lt;br /&gt;</w:t>
        <w:br/>
        <w:t>Багаття горіло. І плавали в морі медузи.&lt;br /&gt;</w:t>
        <w:br/>
        <w:t>Вітри вигравали в тростині дзвінку ритурнель.&lt;br /&gt;</w:t>
        <w:br/>
        <w:t>Розтуленим ротом сміявся Бог Кукурудзи,&lt;br /&gt;</w:t>
        <w:br/>
        <w:t>на чорних пательнях стрибала срібна форель.&lt;br /&gt;</w:t>
        <w:br/>
        <w:t>Плоди бурштинові вантажили в довгу дорогу,&lt;br /&gt;</w:t>
        <w:br/>
        <w:t>і гімни священні співали, лицем догори.&lt;br /&gt;</w:t>
        <w:br/>
        <w:t>На щастя чужинцям дали амулети в дорогу,&lt;br /&gt;</w:t>
        <w:br/>
        <w:t>щоб тій каравелі сприяли добрі вітри.&lt;br /&gt;</w:t>
        <w:br/>
        <w:t>Під ноги чужинцям гостинно сипали квіти.&lt;br /&gt;</w:t>
        <w:br/>
        <w:t>На палки з бамбука спирали мудрість борід.&lt;br /&gt;</w:t>
        <w:br/>
        <w:t>А діти смагляві, ще поки що вільні діти,&lt;br /&gt;</w:t>
        <w:br/>
        <w:t>довірливо й довго махали Колумбові вслід...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... І вийшов Колумб на берег Америки вранці...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