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тебе мені жаль…</w:t>
      </w:r>
    </w:p>
    <w:p>
      <w:r>
        <w:br/>
        <w:t xml:space="preserve"> І ТЕБЕ МЕНІ ЖАЛЬ…</w:t>
      </w:r>
    </w:p>
    <w:p>
      <w:r>
        <w:br/>
        <w:t>І тебе мені жаль, сірий сину півночі,&lt;br /&gt;</w:t>
        <w:br/>
        <w:t>Що ідеш день чи ніч — і не знаєш куди;&lt;br /&gt;</w:t>
        <w:br/>
        <w:t>Ржа утоми лягла на твій голос і очі,&lt;br /&gt;</w:t>
        <w:br/>
        <w:t>І чоло вкрила тінь недостатків, біди…</w:t>
      </w:r>
    </w:p>
    <w:p>
      <w:r>
        <w:br/>
        <w:t>І тебе взяв указ із сільської оселі,&lt;br /&gt;</w:t>
        <w:br/>
        <w:t>Від розораних скиб чи буйного лану,&lt;br /&gt;</w:t>
        <w:br/>
        <w:t>І голодний бредеш в дрантивенькій шинелі&lt;br /&gt;</w:t>
        <w:br/>
        <w:t>У невідомий світ, у чужу сторону…</w:t>
      </w:r>
    </w:p>
    <w:p>
      <w:r>
        <w:br/>
        <w:t>А там стріне тебе гучний постріл гармати,&lt;br /&gt;</w:t>
        <w:br/>
        <w:t>Або тихший привіт: добре кована сталь;&lt;br /&gt;</w:t>
        <w:br/>
        <w:t>Кров обмиє чоло… Бідний сірий солдате,—&lt;br /&gt;</w:t>
        <w:br/>
        <w:t>І тебе мені жаль!.. І тебе мені жаль!..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тебе мені жаль…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