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старому придасться школа (народная казка)</w:t>
      </w:r>
    </w:p>
    <w:p>
      <w:r>
        <w:br/>
        <w:t xml:space="preserve"> На славнім Поділю,</w:t>
      </w:r>
    </w:p>
    <w:p>
      <w:r>
        <w:br/>
        <w:t>Там, де хліб по кілю,</w:t>
      </w:r>
    </w:p>
    <w:p>
      <w:r>
        <w:br/>
        <w:t>Десь недалеко Чорткова,</w:t>
      </w:r>
    </w:p>
    <w:p>
      <w:r>
        <w:br/>
        <w:t>Жив кметик заможний,</w:t>
      </w:r>
    </w:p>
    <w:p>
      <w:r>
        <w:br/>
        <w:t>Статочний, побожний,</w:t>
      </w:r>
    </w:p>
    <w:p>
      <w:r>
        <w:br/>
        <w:t>Софрон Крутиголова.</w:t>
      </w:r>
    </w:p>
    <w:p>
      <w:r>
        <w:br/>
        <w:t>Були в него статки</w:t>
      </w:r>
    </w:p>
    <w:p>
      <w:r>
        <w:br/>
        <w:t>І всякі достатки,</w:t>
      </w:r>
    </w:p>
    <w:p>
      <w:r>
        <w:br/>
        <w:t>Корови, коні і воли:</w:t>
      </w:r>
    </w:p>
    <w:p>
      <w:r>
        <w:br/>
        <w:t>Хоть робив триднівку,</w:t>
      </w:r>
    </w:p>
    <w:p>
      <w:r>
        <w:br/>
        <w:t>Не знав переднівку,</w:t>
      </w:r>
    </w:p>
    <w:p>
      <w:r>
        <w:br/>
        <w:t>Не бракло хліба ні соли.</w:t>
      </w:r>
    </w:p>
    <w:p>
      <w:r>
        <w:br/>
        <w:t>Чи будень, чи свято,</w:t>
      </w:r>
    </w:p>
    <w:p>
      <w:r>
        <w:br/>
        <w:t>Завсе там багато</w:t>
      </w:r>
    </w:p>
    <w:p>
      <w:r>
        <w:br/>
        <w:t>Накриті стояли столи;</w:t>
      </w:r>
    </w:p>
    <w:p>
      <w:r>
        <w:br/>
        <w:t>І бідним щось пало,</w:t>
      </w:r>
    </w:p>
    <w:p>
      <w:r>
        <w:br/>
        <w:t>І на свічку стало</w:t>
      </w:r>
    </w:p>
    <w:p>
      <w:r>
        <w:br/>
        <w:t>Перед святого Николи.</w:t>
      </w:r>
    </w:p>
    <w:p>
      <w:r>
        <w:br/>
        <w:t>А були в Софрона</w:t>
      </w:r>
    </w:p>
    <w:p>
      <w:r>
        <w:br/>
        <w:t>П'ять синів і доня,</w:t>
      </w:r>
    </w:p>
    <w:p>
      <w:r>
        <w:br/>
        <w:t>Й тішився ними, мов днині,</w:t>
      </w:r>
    </w:p>
    <w:p>
      <w:r>
        <w:br/>
        <w:t>І в своїй любові</w:t>
      </w:r>
    </w:p>
    <w:p>
      <w:r>
        <w:br/>
        <w:t>Не важив би крові</w:t>
      </w:r>
    </w:p>
    <w:p>
      <w:r>
        <w:br/>
        <w:t>Дати з-під серця дитині.</w:t>
      </w:r>
    </w:p>
    <w:p>
      <w:r>
        <w:br/>
        <w:t>І думав, бувало,</w:t>
      </w:r>
    </w:p>
    <w:p>
      <w:r>
        <w:br/>
        <w:t>Промишляв немало,</w:t>
      </w:r>
    </w:p>
    <w:p>
      <w:r>
        <w:br/>
        <w:t>Щоби їм доля готова,</w:t>
      </w:r>
    </w:p>
    <w:p>
      <w:r>
        <w:br/>
        <w:t>Так що люде з того</w:t>
      </w:r>
    </w:p>
    <w:p>
      <w:r>
        <w:br/>
        <w:t>Прозвали старого</w:t>
      </w:r>
    </w:p>
    <w:p>
      <w:r>
        <w:br/>
        <w:t>Ніби в глум: Крутиголова.</w:t>
      </w:r>
    </w:p>
    <w:p>
      <w:r>
        <w:br/>
        <w:t>І пройшов всі хати</w:t>
      </w:r>
    </w:p>
    <w:p>
      <w:r>
        <w:br/>
        <w:t>Та й розпіслав свати</w:t>
      </w:r>
    </w:p>
    <w:p>
      <w:r>
        <w:br/>
        <w:t>До найбагатших в обзори,</w:t>
      </w:r>
    </w:p>
    <w:p>
      <w:r>
        <w:br/>
        <w:t>І розділив в часті</w:t>
      </w:r>
    </w:p>
    <w:p>
      <w:r>
        <w:br/>
        <w:t>Синонькам і Насті</w:t>
      </w:r>
    </w:p>
    <w:p>
      <w:r>
        <w:br/>
        <w:t>Послідні роги з обори.</w:t>
      </w:r>
    </w:p>
    <w:p>
      <w:r>
        <w:br/>
        <w:t>А всіх роздав з дому,</w:t>
      </w:r>
    </w:p>
    <w:p>
      <w:r>
        <w:br/>
        <w:t>Лише Гнату свому</w:t>
      </w:r>
    </w:p>
    <w:p>
      <w:r>
        <w:br/>
        <w:t>Батьківську землю дав в віні,</w:t>
      </w:r>
    </w:p>
    <w:p>
      <w:r>
        <w:br/>
        <w:t>Щоб собі спочити</w:t>
      </w:r>
    </w:p>
    <w:p>
      <w:r>
        <w:br/>
        <w:t>І кості зложити</w:t>
      </w:r>
    </w:p>
    <w:p>
      <w:r>
        <w:br/>
        <w:t>При наймолодшій дитині.</w:t>
      </w:r>
    </w:p>
    <w:p>
      <w:r>
        <w:br/>
        <w:t>Ой та і жив красно,</w:t>
      </w:r>
    </w:p>
    <w:p>
      <w:r>
        <w:br/>
        <w:t>Весело і щасно,</w:t>
      </w:r>
    </w:p>
    <w:p>
      <w:r>
        <w:br/>
        <w:t>Як в квочці середня звіздка;</w:t>
      </w:r>
    </w:p>
    <w:p>
      <w:r>
        <w:br/>
        <w:t>Син шанував тата,</w:t>
      </w:r>
    </w:p>
    <w:p>
      <w:r>
        <w:br/>
        <w:t>Любили внучата,</w:t>
      </w:r>
    </w:p>
    <w:p>
      <w:r>
        <w:br/>
        <w:t>Вигоди несла невістка.</w:t>
      </w:r>
    </w:p>
    <w:p>
      <w:r>
        <w:br/>
        <w:t>Була мила днина,</w:t>
      </w:r>
    </w:p>
    <w:p>
      <w:r>
        <w:br/>
        <w:t>Була і гостина,</w:t>
      </w:r>
    </w:p>
    <w:p>
      <w:r>
        <w:br/>
        <w:t>Як прийшли другії діти,</w:t>
      </w:r>
    </w:p>
    <w:p>
      <w:r>
        <w:br/>
        <w:t>Був час і спічнути,</w:t>
      </w:r>
    </w:p>
    <w:p>
      <w:r>
        <w:br/>
        <w:t>В полуднє заснути,</w:t>
      </w:r>
    </w:p>
    <w:p>
      <w:r>
        <w:br/>
        <w:t>На печі кості нагріти.</w:t>
      </w:r>
    </w:p>
    <w:p>
      <w:r>
        <w:br/>
        <w:t>Но треба вам знати,</w:t>
      </w:r>
    </w:p>
    <w:p>
      <w:r>
        <w:br/>
        <w:t>Що Софрон лежати</w:t>
      </w:r>
    </w:p>
    <w:p>
      <w:r>
        <w:br/>
        <w:t>Не привик в будень ніколи.</w:t>
      </w:r>
    </w:p>
    <w:p>
      <w:r>
        <w:br/>
        <w:t>Нім ще сонце зійде,</w:t>
      </w:r>
    </w:p>
    <w:p>
      <w:r>
        <w:br/>
        <w:t>Старий перший вийде,</w:t>
      </w:r>
    </w:p>
    <w:p>
      <w:r>
        <w:br/>
        <w:t>Робить, як наймит, на поли.</w:t>
      </w:r>
    </w:p>
    <w:p>
      <w:r>
        <w:br/>
        <w:t>І всім ще до того</w:t>
      </w:r>
    </w:p>
    <w:p>
      <w:r>
        <w:br/>
        <w:t>В користь сина свого</w:t>
      </w:r>
    </w:p>
    <w:p>
      <w:r>
        <w:br/>
        <w:t>Давав до праці принуку.</w:t>
      </w:r>
    </w:p>
    <w:p>
      <w:r>
        <w:br/>
        <w:t>А як ніч настала,</w:t>
      </w:r>
    </w:p>
    <w:p>
      <w:r>
        <w:br/>
        <w:t>То невістка спала,</w:t>
      </w:r>
    </w:p>
    <w:p>
      <w:r>
        <w:br/>
        <w:t>А дідо колисав внуку.</w:t>
      </w:r>
    </w:p>
    <w:p>
      <w:r>
        <w:br/>
        <w:t>І робив щосили,</w:t>
      </w:r>
    </w:p>
    <w:p>
      <w:r>
        <w:br/>
        <w:t>А достатки плили</w:t>
      </w:r>
    </w:p>
    <w:p>
      <w:r>
        <w:br/>
        <w:t>До хати Гната росою,</w:t>
      </w:r>
    </w:p>
    <w:p>
      <w:r>
        <w:br/>
        <w:t>Так що другі діти</w:t>
      </w:r>
    </w:p>
    <w:p>
      <w:r>
        <w:br/>
        <w:t>Стали завидіти,</w:t>
      </w:r>
    </w:p>
    <w:p>
      <w:r>
        <w:br/>
        <w:t>Що все йде брату рукою.</w:t>
      </w:r>
    </w:p>
    <w:p>
      <w:r>
        <w:br/>
        <w:t>А все лиш за тата,</w:t>
      </w:r>
    </w:p>
    <w:p>
      <w:r>
        <w:br/>
        <w:t>Бо ж то мало Гната</w:t>
      </w:r>
    </w:p>
    <w:p>
      <w:r>
        <w:br/>
        <w:t>Видів хто з плугом на рілі,</w:t>
      </w:r>
    </w:p>
    <w:p>
      <w:r>
        <w:br/>
        <w:t>З косою на ниві,</w:t>
      </w:r>
    </w:p>
    <w:p>
      <w:r>
        <w:br/>
        <w:t>А з серпом при жниві,</w:t>
      </w:r>
    </w:p>
    <w:p>
      <w:r>
        <w:br/>
        <w:t>З ціпом, віячков в стодолі.</w:t>
      </w:r>
    </w:p>
    <w:p>
      <w:r>
        <w:br/>
        <w:t>"Ой тату миленький,</w:t>
      </w:r>
    </w:p>
    <w:p>
      <w:r>
        <w:br/>
        <w:t>Чому ти, бідненький,</w:t>
      </w:r>
    </w:p>
    <w:p>
      <w:r>
        <w:br/>
        <w:t>Силу так тиряєш в зною? —</w:t>
      </w:r>
    </w:p>
    <w:p>
      <w:r>
        <w:br/>
        <w:t>Казали раз діти, —</w:t>
      </w:r>
    </w:p>
    <w:p>
      <w:r>
        <w:br/>
        <w:t>Час би ти спочити,</w:t>
      </w:r>
    </w:p>
    <w:p>
      <w:r>
        <w:br/>
        <w:t>А ти не маєш спокою.</w:t>
      </w:r>
    </w:p>
    <w:p>
      <w:r>
        <w:br/>
        <w:t>Лиши братню хату,</w:t>
      </w:r>
    </w:p>
    <w:p>
      <w:r>
        <w:br/>
        <w:t>Ходи до нас, тату.</w:t>
      </w:r>
    </w:p>
    <w:p>
      <w:r>
        <w:br/>
        <w:t>Побачиш, як добре ти буде!</w:t>
      </w:r>
    </w:p>
    <w:p>
      <w:r>
        <w:br/>
        <w:t>Хіба царства з неба</w:t>
      </w:r>
    </w:p>
    <w:p>
      <w:r>
        <w:br/>
        <w:t>Буде тобі треба,</w:t>
      </w:r>
    </w:p>
    <w:p>
      <w:r>
        <w:br/>
        <w:t>А нам позавидять люди".</w:t>
      </w:r>
    </w:p>
    <w:p>
      <w:r>
        <w:br/>
        <w:t>"Не пійду, діточки,</w:t>
      </w:r>
    </w:p>
    <w:p>
      <w:r>
        <w:br/>
        <w:t>Не пійду, квіточки,</w:t>
      </w:r>
    </w:p>
    <w:p>
      <w:r>
        <w:br/>
        <w:t>Мені ту добре у Гната".</w:t>
      </w:r>
    </w:p>
    <w:p>
      <w:r>
        <w:br/>
        <w:t>Даремні розради,</w:t>
      </w:r>
    </w:p>
    <w:p>
      <w:r>
        <w:br/>
        <w:t>Прийшло і до звади,</w:t>
      </w:r>
    </w:p>
    <w:p>
      <w:r>
        <w:br/>
        <w:t>І діти витягли тата.</w:t>
      </w:r>
    </w:p>
    <w:p>
      <w:r>
        <w:br/>
        <w:t>І ходить дідина</w:t>
      </w:r>
    </w:p>
    <w:p>
      <w:r>
        <w:br/>
        <w:t>Від сина до сина,</w:t>
      </w:r>
    </w:p>
    <w:p>
      <w:r>
        <w:br/>
        <w:t>Щороку до іной стріхи,</w:t>
      </w:r>
    </w:p>
    <w:p>
      <w:r>
        <w:br/>
        <w:t>І плаче на старість,</w:t>
      </w:r>
    </w:p>
    <w:p>
      <w:r>
        <w:br/>
        <w:t>Що му бог дав радість</w:t>
      </w:r>
    </w:p>
    <w:p>
      <w:r>
        <w:br/>
        <w:t>З дітей. Ой плаче з утіхи!</w:t>
      </w:r>
    </w:p>
    <w:p>
      <w:r>
        <w:br/>
        <w:t>Ай, бо ж то щиренькі,</w:t>
      </w:r>
    </w:p>
    <w:p>
      <w:r>
        <w:br/>
        <w:t>Діточки миленькі,</w:t>
      </w:r>
    </w:p>
    <w:p>
      <w:r>
        <w:br/>
        <w:t>А жони їх, жони, о боже!</w:t>
      </w:r>
    </w:p>
    <w:p>
      <w:r>
        <w:br/>
        <w:t>Ще рік не минає,</w:t>
      </w:r>
    </w:p>
    <w:p>
      <w:r>
        <w:br/>
        <w:t>Уже прибагає</w:t>
      </w:r>
    </w:p>
    <w:p>
      <w:r>
        <w:br/>
        <w:t>Кожда для татка, що може.</w:t>
      </w:r>
    </w:p>
    <w:p>
      <w:r>
        <w:br/>
        <w:t>"До мене, татуню!"</w:t>
      </w:r>
    </w:p>
    <w:p>
      <w:r>
        <w:br/>
        <w:t>"Ні, до нас, дідуню!</w:t>
      </w:r>
    </w:p>
    <w:p>
      <w:r>
        <w:br/>
        <w:t>Ходила-м до міста зрана,</w:t>
      </w:r>
    </w:p>
    <w:p>
      <w:r>
        <w:br/>
        <w:t>Єсть з медом горілка</w:t>
      </w:r>
    </w:p>
    <w:p>
      <w:r>
        <w:br/>
        <w:t>І пива барилка,</w:t>
      </w:r>
    </w:p>
    <w:p>
      <w:r>
        <w:br/>
        <w:t>Пиріжки, калач, сметана".</w:t>
      </w:r>
    </w:p>
    <w:p>
      <w:r>
        <w:br/>
        <w:t>Дідом радість носить,</w:t>
      </w:r>
    </w:p>
    <w:p>
      <w:r>
        <w:br/>
        <w:t>А родина просить,</w:t>
      </w:r>
    </w:p>
    <w:p>
      <w:r>
        <w:br/>
        <w:t>Кожде до своєй рве хати,</w:t>
      </w:r>
    </w:p>
    <w:p>
      <w:r>
        <w:br/>
        <w:t>Бо где дід в кімнаті,</w:t>
      </w:r>
    </w:p>
    <w:p>
      <w:r>
        <w:br/>
        <w:t>Там бузьок на хаті,</w:t>
      </w:r>
    </w:p>
    <w:p>
      <w:r>
        <w:br/>
        <w:t>Слуги не треба наймати.</w:t>
      </w:r>
    </w:p>
    <w:p>
      <w:r>
        <w:br/>
        <w:t>Но і сила тата</w:t>
      </w:r>
    </w:p>
    <w:p>
      <w:r>
        <w:br/>
        <w:t>Не з криці зіллята,</w:t>
      </w:r>
    </w:p>
    <w:p>
      <w:r>
        <w:br/>
        <w:t>А в плузі й криця ся злиже.</w:t>
      </w:r>
    </w:p>
    <w:p>
      <w:r>
        <w:br/>
        <w:t>На голові сідо,</w:t>
      </w:r>
    </w:p>
    <w:p>
      <w:r>
        <w:br/>
        <w:t>Корчиться наш дідо</w:t>
      </w:r>
    </w:p>
    <w:p>
      <w:r>
        <w:br/>
        <w:t>Щодень і ниже, і ниже.</w:t>
      </w:r>
    </w:p>
    <w:p>
      <w:r>
        <w:br/>
        <w:t>Порохніють кості</w:t>
      </w:r>
    </w:p>
    <w:p>
      <w:r>
        <w:br/>
        <w:t>І моги — як трості,</w:t>
      </w:r>
    </w:p>
    <w:p>
      <w:r>
        <w:br/>
        <w:t>А руки — мов вбиті в кайдани.</w:t>
      </w:r>
    </w:p>
    <w:p>
      <w:r>
        <w:br/>
        <w:t>Дід-зробок маячить,</w:t>
      </w:r>
    </w:p>
    <w:p>
      <w:r>
        <w:br/>
        <w:t>Но ніхто не дячить</w:t>
      </w:r>
    </w:p>
    <w:p>
      <w:r>
        <w:br/>
        <w:t>Зробка. Чи правда, краяни?</w:t>
      </w:r>
    </w:p>
    <w:p>
      <w:r>
        <w:br/>
        <w:t>Не раз прийде з поля</w:t>
      </w:r>
    </w:p>
    <w:p>
      <w:r>
        <w:br/>
        <w:t>Збіджен, як неволя,</w:t>
      </w:r>
    </w:p>
    <w:p>
      <w:r>
        <w:br/>
        <w:t>Слабий, негоден, каліка;</w:t>
      </w:r>
    </w:p>
    <w:p>
      <w:r>
        <w:br/>
        <w:t>Най же му годинку</w:t>
      </w:r>
    </w:p>
    <w:p>
      <w:r>
        <w:br/>
        <w:t>Дозволить спочинку</w:t>
      </w:r>
    </w:p>
    <w:p>
      <w:r>
        <w:br/>
        <w:t>Яспідна, люта невістка.</w:t>
      </w:r>
    </w:p>
    <w:p>
      <w:r>
        <w:br/>
        <w:t>"Татуню, по воду!</w:t>
      </w:r>
    </w:p>
    <w:p>
      <w:r>
        <w:br/>
        <w:t>Татуню, до броду!</w:t>
      </w:r>
    </w:p>
    <w:p>
      <w:r>
        <w:br/>
        <w:t>Татуню, помийте миси!</w:t>
      </w:r>
    </w:p>
    <w:p>
      <w:r>
        <w:br/>
        <w:t>Ідіть дров, татуню!</w:t>
      </w:r>
    </w:p>
    <w:p>
      <w:r>
        <w:br/>
        <w:t>Колишіть Гануню!</w:t>
      </w:r>
    </w:p>
    <w:p>
      <w:r>
        <w:br/>
        <w:t>Діду, взяли би тя біси!"</w:t>
      </w:r>
    </w:p>
    <w:p>
      <w:r>
        <w:br/>
        <w:t>І взявся дідина</w:t>
      </w:r>
    </w:p>
    <w:p>
      <w:r>
        <w:br/>
        <w:t>Від сина до сина</w:t>
      </w:r>
    </w:p>
    <w:p>
      <w:r>
        <w:br/>
        <w:t>Ходить, шукає пристани;</w:t>
      </w:r>
    </w:p>
    <w:p>
      <w:r>
        <w:br/>
        <w:t>І ходить і плачет,</w:t>
      </w:r>
    </w:p>
    <w:p>
      <w:r>
        <w:br/>
        <w:t>Но ніхто не дячить</w:t>
      </w:r>
    </w:p>
    <w:p>
      <w:r>
        <w:br/>
        <w:t>Зробка. Чи правда, краяни?</w:t>
      </w:r>
    </w:p>
    <w:p>
      <w:r>
        <w:br/>
        <w:t>Раз іде з болоня</w:t>
      </w:r>
    </w:p>
    <w:p>
      <w:r>
        <w:br/>
        <w:t>До доні, а доня:</w:t>
      </w:r>
    </w:p>
    <w:p>
      <w:r>
        <w:br/>
        <w:t>"Діду, не твоя ту хата!</w:t>
      </w:r>
    </w:p>
    <w:p>
      <w:r>
        <w:br/>
        <w:t>І я не єдина</w:t>
      </w:r>
    </w:p>
    <w:p>
      <w:r>
        <w:br/>
        <w:t>У тебе дитина,</w:t>
      </w:r>
    </w:p>
    <w:p>
      <w:r>
        <w:br/>
        <w:t>Іди си, іди до Гната!"</w:t>
      </w:r>
    </w:p>
    <w:p>
      <w:r>
        <w:br/>
        <w:t>Крикнула з порога</w:t>
      </w:r>
    </w:p>
    <w:p>
      <w:r>
        <w:br/>
        <w:t>І з страху небога</w:t>
      </w:r>
    </w:p>
    <w:p>
      <w:r>
        <w:br/>
        <w:t>Вибігла, сперла ворота;</w:t>
      </w:r>
    </w:p>
    <w:p>
      <w:r>
        <w:br/>
        <w:t>А дідо знурений,</w:t>
      </w:r>
    </w:p>
    <w:p>
      <w:r>
        <w:br/>
        <w:t>Мов громом ражений,</w:t>
      </w:r>
    </w:p>
    <w:p>
      <w:r>
        <w:br/>
        <w:t>Упав, як глина, у плота.</w:t>
      </w:r>
    </w:p>
    <w:p>
      <w:r>
        <w:br/>
        <w:t>Упав з горя, болю,</w:t>
      </w:r>
    </w:p>
    <w:p>
      <w:r>
        <w:br/>
        <w:t>Оплакує долю,</w:t>
      </w:r>
    </w:p>
    <w:p>
      <w:r>
        <w:br/>
        <w:t>Плаче про діти і внуки,</w:t>
      </w:r>
    </w:p>
    <w:p>
      <w:r>
        <w:br/>
        <w:t>Же му бог на старість</w:t>
      </w:r>
    </w:p>
    <w:p>
      <w:r>
        <w:br/>
        <w:t>Дав з діточок радість.</w:t>
      </w:r>
    </w:p>
    <w:p>
      <w:r>
        <w:br/>
        <w:t>Плаче, ай плаче з розпуки!</w:t>
      </w:r>
    </w:p>
    <w:p>
      <w:r>
        <w:br/>
        <w:t>Надходить дяк з школи,</w:t>
      </w:r>
    </w:p>
    <w:p>
      <w:r>
        <w:br/>
        <w:t>Стає поневоли,</w:t>
      </w:r>
    </w:p>
    <w:p>
      <w:r>
        <w:br/>
        <w:t>Шепче щось дідові в ухо,</w:t>
      </w:r>
    </w:p>
    <w:p>
      <w:r>
        <w:br/>
        <w:t>Шепче, вопрошає;</w:t>
      </w:r>
    </w:p>
    <w:p>
      <w:r>
        <w:br/>
        <w:t>Що шепче? Бог знає,</w:t>
      </w:r>
    </w:p>
    <w:p>
      <w:r>
        <w:br/>
        <w:t>Бо шепче тихо і глухо.</w:t>
      </w:r>
    </w:p>
    <w:p>
      <w:r>
        <w:br/>
        <w:t>Дід взніс взрок на дяка,</w:t>
      </w:r>
    </w:p>
    <w:p>
      <w:r>
        <w:br/>
        <w:t>І востхнув сарака,</w:t>
      </w:r>
    </w:p>
    <w:p>
      <w:r>
        <w:br/>
        <w:t>І лізе весельший ко Гнату.</w:t>
      </w:r>
    </w:p>
    <w:p>
      <w:r>
        <w:br/>
        <w:t>А Гнато все в полі,</w:t>
      </w:r>
    </w:p>
    <w:p>
      <w:r>
        <w:br/>
        <w:t>А старий поволі</w:t>
      </w:r>
    </w:p>
    <w:p>
      <w:r>
        <w:br/>
        <w:t>Нишком, тихенько в загату.</w:t>
      </w:r>
    </w:p>
    <w:p>
      <w:r>
        <w:br/>
        <w:t>І щось там ділає,</w:t>
      </w:r>
    </w:p>
    <w:p>
      <w:r>
        <w:br/>
        <w:t>І щось там складає,</w:t>
      </w:r>
    </w:p>
    <w:p>
      <w:r>
        <w:br/>
        <w:t>Слідить очима вокола</w:t>
      </w:r>
    </w:p>
    <w:p>
      <w:r>
        <w:br/>
        <w:t>І носить до хати.</w:t>
      </w:r>
    </w:p>
    <w:p>
      <w:r>
        <w:br/>
        <w:t>Що? Нащо? Не знати!</w:t>
      </w:r>
    </w:p>
    <w:p>
      <w:r>
        <w:br/>
        <w:t>Хіба дяк знає та школа.</w:t>
      </w:r>
    </w:p>
    <w:p>
      <w:r>
        <w:br/>
        <w:t>Минула година,</w:t>
      </w:r>
    </w:p>
    <w:p>
      <w:r>
        <w:br/>
        <w:t>Готов дідовина;</w:t>
      </w:r>
    </w:p>
    <w:p>
      <w:r>
        <w:br/>
        <w:t>І бач, два хлопці із школи</w:t>
      </w:r>
    </w:p>
    <w:p>
      <w:r>
        <w:br/>
        <w:t>Надходять ко хаті</w:t>
      </w:r>
    </w:p>
    <w:p>
      <w:r>
        <w:br/>
        <w:t>І в'яжуть в кімнаті</w:t>
      </w:r>
    </w:p>
    <w:p>
      <w:r>
        <w:br/>
        <w:t>Скриньочку спору на коли.</w:t>
      </w:r>
    </w:p>
    <w:p>
      <w:r>
        <w:br/>
        <w:t>Помчали, подули,</w:t>
      </w:r>
    </w:p>
    <w:p>
      <w:r>
        <w:br/>
        <w:t>А коли-сь угнули,</w:t>
      </w:r>
    </w:p>
    <w:p>
      <w:r>
        <w:br/>
        <w:t>А дідо за ними, каліка,</w:t>
      </w:r>
    </w:p>
    <w:p>
      <w:r>
        <w:br/>
        <w:t>Як може взмагає,</w:t>
      </w:r>
    </w:p>
    <w:p>
      <w:r>
        <w:br/>
        <w:t>Сусід поздравляє</w:t>
      </w:r>
    </w:p>
    <w:p>
      <w:r>
        <w:br/>
        <w:t>Низько, велично, здалека.</w:t>
      </w:r>
    </w:p>
    <w:p>
      <w:r>
        <w:br/>
        <w:t>Як повінь на ярі,</w:t>
      </w:r>
    </w:p>
    <w:p>
      <w:r>
        <w:br/>
        <w:t>Як вихор в пожарі,</w:t>
      </w:r>
    </w:p>
    <w:p>
      <w:r>
        <w:br/>
        <w:t>Бухла вість в селі, на поли,</w:t>
      </w:r>
    </w:p>
    <w:p>
      <w:r>
        <w:br/>
        <w:t>Що Софрона гроші</w:t>
      </w:r>
    </w:p>
    <w:p>
      <w:r>
        <w:br/>
        <w:t>Два хлопи на ноші</w:t>
      </w:r>
    </w:p>
    <w:p>
      <w:r>
        <w:br/>
        <w:t>Ледве занесли до школи.</w:t>
      </w:r>
    </w:p>
    <w:p>
      <w:r>
        <w:br/>
        <w:t>Вість бухла по хатах,</w:t>
      </w:r>
    </w:p>
    <w:p>
      <w:r>
        <w:br/>
        <w:t>А в братніх кімнатах</w:t>
      </w:r>
    </w:p>
    <w:p>
      <w:r>
        <w:br/>
        <w:t>Грижа, мов в пеклі, і звади:</w:t>
      </w:r>
    </w:p>
    <w:p>
      <w:r>
        <w:br/>
        <w:t>"Ти го гнала з дому!"</w:t>
      </w:r>
    </w:p>
    <w:p>
      <w:r>
        <w:br/>
        <w:t>"Ай, ти винен тому!</w:t>
      </w:r>
    </w:p>
    <w:p>
      <w:r>
        <w:br/>
        <w:t>Пропаде праця, пропаде!"</w:t>
      </w:r>
    </w:p>
    <w:p>
      <w:r>
        <w:br/>
        <w:t>По службі в неділю</w:t>
      </w:r>
    </w:p>
    <w:p>
      <w:r>
        <w:br/>
        <w:t>Панотець в подвір'ю,</w:t>
      </w:r>
    </w:p>
    <w:p>
      <w:r>
        <w:br/>
        <w:t>Перед ним людей громада;</w:t>
      </w:r>
    </w:p>
    <w:p>
      <w:r>
        <w:br/>
        <w:t>П'ять синів і доня</w:t>
      </w:r>
    </w:p>
    <w:p>
      <w:r>
        <w:br/>
        <w:t>Єднають Софрона</w:t>
      </w:r>
    </w:p>
    <w:p>
      <w:r>
        <w:br/>
        <w:t>Виродні дітища тата.</w:t>
      </w:r>
    </w:p>
    <w:p>
      <w:r>
        <w:br/>
        <w:t>"Лиши чужу хату,</w:t>
      </w:r>
    </w:p>
    <w:p>
      <w:r>
        <w:br/>
        <w:t>Ходи до нас, тату,</w:t>
      </w:r>
    </w:p>
    <w:p>
      <w:r>
        <w:br/>
        <w:t>Побачиш, як добре ти буде;</w:t>
      </w:r>
    </w:p>
    <w:p>
      <w:r>
        <w:br/>
        <w:t>Хіба царства з неба</w:t>
      </w:r>
    </w:p>
    <w:p>
      <w:r>
        <w:br/>
        <w:t>Буде тобі треба —</w:t>
      </w:r>
    </w:p>
    <w:p>
      <w:r>
        <w:br/>
        <w:t>Нехай не сміються люди!"</w:t>
      </w:r>
    </w:p>
    <w:p>
      <w:r>
        <w:br/>
        <w:t>"Лишу, діти, лишу,</w:t>
      </w:r>
    </w:p>
    <w:p>
      <w:r>
        <w:br/>
        <w:t>Но письмо напишу, —</w:t>
      </w:r>
    </w:p>
    <w:p>
      <w:r>
        <w:br/>
        <w:t>Озвався дідо. — І кажу,</w:t>
      </w:r>
    </w:p>
    <w:p>
      <w:r>
        <w:br/>
        <w:t>Що тому, хто у себе</w:t>
      </w:r>
    </w:p>
    <w:p>
      <w:r>
        <w:br/>
        <w:t>Зайде мя, погребе,</w:t>
      </w:r>
    </w:p>
    <w:p>
      <w:r>
        <w:br/>
        <w:t>Все то, що в скриньці, відкажу".</w:t>
      </w:r>
    </w:p>
    <w:p>
      <w:r>
        <w:br/>
        <w:t>"До мене, татуню!",</w:t>
      </w:r>
    </w:p>
    <w:p>
      <w:r>
        <w:br/>
        <w:t>"До мене, дідуню!" —</w:t>
      </w:r>
    </w:p>
    <w:p>
      <w:r>
        <w:br/>
        <w:t>Гудьба завила добрана:</w:t>
      </w:r>
    </w:p>
    <w:p>
      <w:r>
        <w:br/>
        <w:t>"Єсть з медом горілка</w:t>
      </w:r>
    </w:p>
    <w:p>
      <w:r>
        <w:br/>
        <w:t>І пива барилка,</w:t>
      </w:r>
    </w:p>
    <w:p>
      <w:r>
        <w:br/>
        <w:t>Пиріжки, калач, сметана".</w:t>
      </w:r>
    </w:p>
    <w:p>
      <w:r>
        <w:br/>
        <w:t>Зашуміли свари,</w:t>
      </w:r>
    </w:p>
    <w:p>
      <w:r>
        <w:br/>
        <w:t>Мов вихор з-під хмари,</w:t>
      </w:r>
    </w:p>
    <w:p>
      <w:r>
        <w:br/>
        <w:t>Бо діти рвуться за татом;</w:t>
      </w:r>
    </w:p>
    <w:p>
      <w:r>
        <w:br/>
        <w:t>Треба було в спілку</w:t>
      </w:r>
    </w:p>
    <w:p>
      <w:r>
        <w:br/>
        <w:t>Завести тижнівку,</w:t>
      </w:r>
    </w:p>
    <w:p>
      <w:r>
        <w:br/>
        <w:t>Щоб брата згодити з братом.</w:t>
      </w:r>
    </w:p>
    <w:p>
      <w:r>
        <w:br/>
        <w:t>І ходить дідина</w:t>
      </w:r>
    </w:p>
    <w:p>
      <w:r>
        <w:br/>
        <w:t>Від сина до сина,</w:t>
      </w:r>
    </w:p>
    <w:p>
      <w:r>
        <w:br/>
        <w:t>Щотиждень до іншой стріхи;</w:t>
      </w:r>
    </w:p>
    <w:p>
      <w:r>
        <w:br/>
        <w:t>Ходить, прибагає,</w:t>
      </w:r>
    </w:p>
    <w:p>
      <w:r>
        <w:br/>
        <w:t>Що збагне, все має І смієсь тишком з утіхи.</w:t>
      </w:r>
    </w:p>
    <w:p>
      <w:r>
        <w:br/>
        <w:t>Но прийшла година,</w:t>
      </w:r>
    </w:p>
    <w:p>
      <w:r>
        <w:br/>
        <w:t>Умер дідовина;</w:t>
      </w:r>
    </w:p>
    <w:p>
      <w:r>
        <w:br/>
        <w:t>Кому ж честь погребу дана?</w:t>
      </w:r>
    </w:p>
    <w:p>
      <w:r>
        <w:br/>
        <w:t>Панотцю складають,</w:t>
      </w:r>
    </w:p>
    <w:p>
      <w:r>
        <w:br/>
        <w:t>Всі ся зажичають</w:t>
      </w:r>
    </w:p>
    <w:p>
      <w:r>
        <w:br/>
        <w:t>І гребуть діда, як пана.</w:t>
      </w:r>
    </w:p>
    <w:p>
      <w:r>
        <w:br/>
        <w:t>Погребли старого,</w:t>
      </w:r>
    </w:p>
    <w:p>
      <w:r>
        <w:br/>
        <w:t>Мов князя самого,</w:t>
      </w:r>
    </w:p>
    <w:p>
      <w:r>
        <w:br/>
        <w:t>І ставлять столи до ладу,</w:t>
      </w:r>
    </w:p>
    <w:p>
      <w:r>
        <w:br/>
        <w:t>І гості саджають,</w:t>
      </w:r>
    </w:p>
    <w:p>
      <w:r>
        <w:br/>
        <w:t>Стипи виправляють</w:t>
      </w:r>
    </w:p>
    <w:p>
      <w:r>
        <w:br/>
        <w:t>І несуть скриньку в громаду.</w:t>
      </w:r>
    </w:p>
    <w:p>
      <w:r>
        <w:br/>
        <w:t>І, бач, відчинили,</w:t>
      </w:r>
    </w:p>
    <w:p>
      <w:r>
        <w:br/>
        <w:t>І очі вліпили,</w:t>
      </w:r>
    </w:p>
    <w:p>
      <w:r>
        <w:br/>
        <w:t>Мов яструб в гніздо пташине.</w:t>
      </w:r>
    </w:p>
    <w:p>
      <w:r>
        <w:br/>
        <w:t>Втім, раптом назаді</w:t>
      </w:r>
    </w:p>
    <w:p>
      <w:r>
        <w:br/>
        <w:t>Сміх бухнув в громаді:</w:t>
      </w:r>
    </w:p>
    <w:p>
      <w:r>
        <w:br/>
        <w:t>В скриньці — череп'я, каміне...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старому придасться школа (народная казка)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