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скільки я верстов поміряв</w:t>
      </w:r>
    </w:p>
    <w:p>
      <w:r>
        <w:br/>
        <w:t xml:space="preserve"> І скільки я верстов поміряв,&lt;br /&gt;</w:t>
        <w:br/>
        <w:t>І скільки я стовпів пройшов, —&lt;br /&gt;</w:t>
        <w:br/>
        <w:t>Розвіяв дні, неначе пір’я,&lt;br /&gt;</w:t>
        <w:br/>
        <w:t>І стер, як пару підошов.</w:t>
      </w:r>
    </w:p>
    <w:p>
      <w:r>
        <w:br/>
        <w:t>Малими вийшов я ногами,&lt;br /&gt;</w:t>
        <w:br/>
        <w:t>І ріс, міцнів я у ходьбі,&lt;br /&gt;</w:t>
        <w:br/>
        <w:t>Мої пісні поглинув гамір&lt;br /&gt;</w:t>
        <w:br/>
        <w:t>Таких же, як і я, рабів.</w:t>
      </w:r>
    </w:p>
    <w:p>
      <w:r>
        <w:br/>
        <w:t>Цвітуть там верби кожне літо&lt;br /&gt;</w:t>
        <w:br/>
        <w:t>І червоніє верболіз,&lt;br /&gt;</w:t>
        <w:br/>
        <w:t>Я ще не виріс, щоб летіти —&lt;br /&gt;</w:t>
        <w:br/>
        <w:t>Малим жучком у світ поліз.</w:t>
      </w:r>
    </w:p>
    <w:p>
      <w:r>
        <w:br/>
        <w:t>І дивувалися смереки,&lt;br /&gt;</w:t>
        <w:br/>
        <w:t>І жалкував, зідхав ручай…&lt;br /&gt;</w:t>
        <w:br/>
        <w:t>Одних сорок глузливий скрекіт&lt;br /&gt;</w:t>
        <w:br/>
        <w:t>Хрипів: "Іди і не вертай".</w:t>
      </w:r>
    </w:p>
    <w:p>
      <w:r>
        <w:br/>
        <w:t>Не знаю я, чи прийде вечір,&lt;br /&gt;</w:t>
        <w:br/>
        <w:t>Чи буде ранок ще коли,&lt;br /&gt;</w:t>
        <w:br/>
        <w:t>Щоб на мої похилі плечі&lt;br /&gt;</w:t>
        <w:br/>
        <w:t>Гірськими росами полив.</w:t>
      </w:r>
    </w:p>
    <w:p>
      <w:r>
        <w:br/>
        <w:t>Не знаю я… Я переміряв,&lt;br /&gt;</w:t>
        <w:br/>
        <w:t>Я стільки вже верстов пройшов…&lt;br /&gt;</w:t>
        <w:br/>
        <w:t>Розвіяв дні мої, як пір’я,&lt;br /&gt;</w:t>
        <w:br/>
        <w:t>І стер, як пару підошов.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скільки я верстов поміряв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