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побачиш мигцем рідну тінь в кольоровім екрані...</w:t>
      </w:r>
    </w:p>
    <w:p>
      <w:r>
        <w:br/>
        <w:t xml:space="preserve"> І побачиш мигцем рідну тінь в кольоровім екрані,&lt;br /&gt;</w:t>
        <w:br/>
        <w:t>Ще не встигнеш збагнути, як швидко хтось все перемкне,&lt;br /&gt;</w:t>
        <w:br/>
        <w:t>Снігопад перейде у тремтіння тужливих літаній,&lt;br /&gt;</w:t>
        <w:br/>
        <w:t>І піде собі далі, надовго покине мене&lt;br /&gt;</w:t>
        <w:br/>
        <w:t>Біля тої сліпої, погаслої раптом вітрини,&lt;br /&gt;</w:t>
        <w:br/>
        <w:t>Де колотяться юрби, залізні візки і торбини.</w:t>
      </w:r>
    </w:p>
    <w:p>
      <w:r>
        <w:br/>
        <w:t>І ніщо не збагнеш, і нічого собі не пробачиш,&lt;br /&gt;</w:t>
        <w:br/>
        <w:t>І рукою зітреш промінці від рясних ліхтарів,&lt;br /&gt;</w:t>
        <w:br/>
        <w:t>Котрі вплавились в шиби немов золоті помаранчі.&lt;br /&gt;</w:t>
        <w:br/>
        <w:t>Хай побудуть зі мною, ще трохи отут надворі,&lt;br /&gt;</w:t>
        <w:br/>
        <w:t>Бо потух вже екран, або зник у химерних пакунках,&lt;br /&gt;</w:t>
        <w:br/>
        <w:t>Знов вив’язує вітер на склі снігові візерунки.</w:t>
      </w:r>
    </w:p>
    <w:p>
      <w:r>
        <w:br/>
        <w:t>І нічого не трапилось. Фільм той я бачила звісно,&lt;br /&gt;</w:t>
        <w:br/>
        <w:t>Де до мене всміхаєшся, гілкою глоду зовеш…&lt;br /&gt;</w:t>
        <w:br/>
        <w:t>Та нема тут дерев, і немає ніякого лісу,&lt;br /&gt;</w:t>
        <w:br/>
        <w:t>Все забрав супермаркет, а плем’я птахів кочове&lt;br /&gt;</w:t>
        <w:br/>
        <w:t>Полишило всі гнізда. Куди ж повертатися зграям?&lt;br /&gt;</w:t>
        <w:br/>
        <w:t>Я дивлюся в вітрину. Я також… Я також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побачиш мигцем рідну тінь в кольоровім екрані...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