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якби моя бабуся встали</w:t>
      </w:r>
    </w:p>
    <w:p>
      <w:r>
        <w:br/>
        <w:t xml:space="preserve"> — Любі діти, хто з вас тему візьме, —&lt;br /&gt;</w:t>
        <w:br/>
        <w:t>каже вчитель, — тема не важка:&lt;br /&gt;</w:t>
        <w:br/>
        <w:t>розказати про неологізми&lt;br /&gt;</w:t>
        <w:br/>
        <w:t>на занятті мовного гуртка.</w:t>
      </w:r>
    </w:p>
    <w:p>
      <w:r>
        <w:br/>
        <w:t>І знічев'я глянув на Марійку&lt;br /&gt;</w:t>
        <w:br/>
        <w:t>(знали всі відмінниці ім'я).&lt;br /&gt;</w:t>
        <w:br/>
        <w:t>Але Людочка, що мала з мови трійку,&lt;br /&gt;</w:t>
        <w:br/>
        <w:t>руку підняла: — Давайте я...</w:t>
      </w:r>
    </w:p>
    <w:p>
      <w:r>
        <w:br/>
        <w:t>Як це сталось — досі невідомо:&lt;br /&gt;</w:t>
        <w:br/>
        <w:t>доказать запраглося в ту мить.&lt;br /&gt;</w:t>
        <w:br/>
        <w:t>Та злякалась, розгубилась дома:&lt;br /&gt;</w:t>
        <w:br/>
        <w:t>"Вийду... що я буду говорить?"</w:t>
      </w:r>
    </w:p>
    <w:p>
      <w:r>
        <w:br/>
        <w:t>У дворі Тарасика зустріла:&lt;br /&gt;</w:t>
        <w:br/>
        <w:t>— Що робити? — А Тарасик їй:&lt;br /&gt;</w:t>
        <w:br/>
        <w:t>— Дам посібник. З мовознавства. Діло? —&lt;br /&gt;</w:t>
        <w:br/>
        <w:t>Шмиг додому — і несе мерщій.</w:t>
      </w:r>
    </w:p>
    <w:p>
      <w:r>
        <w:br/>
        <w:t>Люда дома книжку розгорнула —&lt;br /&gt;</w:t>
        <w:br/>
        <w:t>ой, якраз цікава є стаття:&lt;br /&gt;</w:t>
        <w:br/>
        <w:t>різних слів сучасне і минуле,&lt;br /&gt;</w:t>
        <w:br/>
        <w:t>як слова народжує життя.</w:t>
      </w:r>
    </w:p>
    <w:p>
      <w:r>
        <w:br/>
        <w:t>Низку слів докинула їй мама,&lt;br /&gt;</w:t>
        <w:br/>
        <w:t>що з'явилися не так давно:&lt;br /&gt;</w:t>
        <w:br/>
        <w:t>холодильник, кінопанорама,&lt;br /&gt;</w:t>
        <w:br/>
        <w:t>телевізор, стереокіно...</w:t>
      </w:r>
    </w:p>
    <w:p>
      <w:r>
        <w:br/>
        <w:t>І коли гурток зібрався знову —&lt;br /&gt;</w:t>
        <w:br/>
        <w:t>інша справа! — Люда на гуртку&lt;br /&gt;</w:t>
        <w:br/>
        <w:t>повела свою нехитру мову,&lt;br /&gt;</w:t>
        <w:br/>
        <w:t>що й малим і старшим до смаку:</w:t>
      </w:r>
    </w:p>
    <w:p>
      <w:r>
        <w:br/>
        <w:t>— Я читала, — повідає Люда&lt;br /&gt;</w:t>
        <w:br/>
        <w:t>стишеній цікавій дітворі, —&lt;br /&gt;</w:t>
        <w:br/>
        <w:t>що слова так само, як і люди,&lt;br /&gt;</w:t>
        <w:br/>
        <w:t>молоді бувають і старі.</w:t>
      </w:r>
    </w:p>
    <w:p>
      <w:r>
        <w:br/>
        <w:t>Кожен з нас неологізми знає:&lt;br /&gt;</w:t>
        <w:br/>
        <w:t>це нові слова. Вони кругом.&lt;br /&gt;</w:t>
        <w:br/>
        <w:t>А в старих їх словниках немає,&lt;br /&gt;</w:t>
        <w:br/>
        <w:t>мотобол, фломастер, космодром.</w:t>
      </w:r>
    </w:p>
    <w:p>
      <w:r>
        <w:br/>
        <w:t>А якісь слова обов'язково&lt;br /&gt;</w:t>
        <w:br/>
        <w:t>тільки змінює життя живе.&lt;br /&gt;</w:t>
        <w:br/>
        <w:t>То й буває, що відоме слово,&lt;br /&gt;</w:t>
        <w:br/>
        <w:t>але значення його — нове.</w:t>
      </w:r>
    </w:p>
    <w:p>
      <w:r>
        <w:br/>
        <w:t>В нашем побуті така новинка&lt;br /&gt;</w:t>
        <w:br/>
        <w:t>для старих людей звучить невклад:&lt;br /&gt;</w:t>
        <w:br/>
        <w:t>каблуки – шпильки, вид мебли – стінка,&lt;br /&gt;</w:t>
        <w:br/>
        <w:t>а портфель квадратний – дипломат.</w:t>
      </w:r>
    </w:p>
    <w:p>
      <w:r>
        <w:br/>
        <w:t>і якби моя бабуся встали,&lt;br /&gt;</w:t>
        <w:br/>
        <w:t>здивувались теж би, що двірник –&lt;br /&gt;</w:t>
        <w:br/>
        <w:t>не людина, як вони вважали,&lt;br /&gt;</w:t>
        <w:br/>
        <w:t>а на склі машини очисник!</w:t>
      </w:r>
    </w:p>
    <w:p>
      <w:r>
        <w:br/>
        <w:t>Учні тепло, дружно засміялись&lt;br /&gt;</w:t>
        <w:br/>
        <w:t>і незчулись, як настав кінець.&lt;br /&gt;</w:t>
        <w:br/>
        <w:t>Люда щиро: —— Ой, я так боялась! –&lt;br /&gt;</w:t>
        <w:br/>
        <w:t>А Марійка: —— Що ти? Молодець!</w:t>
      </w:r>
    </w:p>
    <w:p>
      <w:r>
        <w:br/>
        <w:t>Вчитель каже: —— Клас тебе заслухавсь, —&lt;br /&gt;</w:t>
        <w:br/>
        <w:t>Кращого й чекати я не міг. –&lt;br /&gt;</w:t>
        <w:br/>
        <w:t>Люда ж знов: —— Це не моя заслуга, —-&lt;br /&gt;</w:t>
        <w:br/>
        <w:t>це мени Тарасик допоміг!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якби моя бабуся встали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