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дожидаю, скорбний до одчаю…</w:t>
      </w:r>
    </w:p>
    <w:p>
      <w:r>
        <w:br/>
        <w:t xml:space="preserve"> І дожидаю, скорбний до одчаю.&lt;br /&gt;</w:t>
        <w:br/>
        <w:t>Осінній вітер б’є в моє вікно листками&lt;br /&gt;</w:t>
        <w:br/>
        <w:t>І навіває жах і безграничний сум.&lt;br /&gt;</w:t>
        <w:br/>
        <w:t>А я схилив чоло над сірими картками&lt;br /&gt;</w:t>
        <w:br/>
        <w:t>Й відчитую стрічки моїх забутих дум.&lt;br /&gt;</w:t>
        <w:br/>
        <w:t>Ох, скільки тут надій поховано зарання,&lt;br /&gt;</w:t>
        <w:br/>
        <w:t>Який брильянт чуття заковано в слова!&lt;br /&gt;</w:t>
        <w:br/>
        <w:t>Чи зрозумієш ти мої гіркі страждання?&lt;br /&gt;</w:t>
        <w:br/>
        <w:t>Об шиби б’ють листки і пугає сова…&lt;br /&gt;</w:t>
        <w:br/>
        <w:t>А з пітьми, як опир, іронія виходить&lt;br /&gt;</w:t>
        <w:br/>
        <w:t>І цідить гірко крізь затиснені уста:&lt;br /&gt;</w:t>
        <w:br/>
        <w:t>Ой блазню! Ти не знав, що по весні приходить&lt;br /&gt;</w:t>
        <w:br/>
        <w:t>Душливий літній жар і осінь та сльота?..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дожидаю, скорбний до одчаю…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