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Гвоздика</w:t>
      </w:r>
    </w:p>
    <w:p>
      <w:r>
        <w:br/>
        <w:t xml:space="preserve"> &lt;p&gt;Оля і Толя живуть у Києві.</w:t>
      </w:r>
    </w:p>
    <w:p>
      <w:r>
        <w:br/>
        <w:t>Оля жила з татком та мамою на вулиці Леніна, аж там, де оце недавно садочок посадили.</w:t>
      </w:r>
    </w:p>
    <w:p>
      <w:r>
        <w:br/>
        <w:t>Серед того садочка на клумбах цвітуть різні-різні квіти: і братки, і гвоздики, і флокси.</w:t>
      </w:r>
    </w:p>
    <w:p>
      <w:r>
        <w:br/>
        <w:t>А понад доріжками куші ясмину розрослися. І як зацвіте той ясмин навесні,—то так уже пахне, так пахне...</w:t>
      </w:r>
    </w:p>
    <w:p>
      <w:r>
        <w:br/>
        <w:t>Оля у тому садочку щодня гуляє, з подружками бавиться. Але ні квіточок, ні ясмину Оля не рве й не ламає, бо вона знає, як хороше, коли скрізь дерева та квіти, скрізь трава зелена. Тема тоді куряви, повітря свіже та чисте, і немає кашлю, і не сверблять очі, і ніхто з дітей не робить отак: "ачхи!",— бо не лоскоче курява в носі...</w:t>
      </w:r>
    </w:p>
    <w:p>
      <w:r>
        <w:br/>
        <w:t>А Толя, Олин друг і товариш, жив на Печерську.</w:t>
      </w:r>
    </w:p>
    <w:p>
      <w:r>
        <w:br/>
        <w:t>Дідусь Толин був робітник заводу. Тепер він уже старенький — на пенсії.</w:t>
      </w:r>
    </w:p>
    <w:p>
      <w:r>
        <w:br/>
        <w:t>Дідусь — старий комуніст. І він дуже цікаво розповідає, як билися за радянську владу перші київські червоногвардійці...</w:t>
      </w:r>
    </w:p>
    <w:p>
      <w:r>
        <w:br/>
        <w:t>— І ти, дідусю, бився? — запитував його Толя.</w:t>
      </w:r>
    </w:p>
    <w:p>
      <w:r>
        <w:br/>
        <w:t>— Бився! Ще й як бився! Хіба можна було не битися з панами, що знущалися з робочого народу! — говорив дідусь.</w:t>
      </w:r>
    </w:p>
    <w:p>
      <w:r>
        <w:br/>
        <w:t>А Толя сидить у його на колінах та й посміхається:</w:t>
      </w:r>
    </w:p>
    <w:p>
      <w:r>
        <w:br/>
        <w:t>— Ой дідусю, хоч у тебе й вуса отакенні, та ти ж ніколи навіть не сваришся на нас із Олею, як ми пустуємо, а ти кажеш — бився! Ти не вмієш, дідусю, битися!</w:t>
      </w:r>
    </w:p>
    <w:p>
      <w:r>
        <w:br/>
        <w:t>— То я з вами не вмію,— гладив по голівці Толю дідусь,— а з панами вмію!</w:t>
      </w:r>
    </w:p>
    <w:p>
      <w:r>
        <w:br/>
        <w:t>Олина й Толина мами були подругами. Вони частенько приходили одна до одної і брали з собою Толю чи Олю.</w:t>
      </w:r>
    </w:p>
    <w:p>
      <w:r>
        <w:br/>
        <w:t>Толина мама любила Олину маму, Олина мама любила Толину маму, Толя любив Олю, а Оля любила Толю.</w:t>
      </w:r>
    </w:p>
    <w:p>
      <w:r>
        <w:br/>
        <w:t>Татки їхні товаришували, а дідусь Толин усіх їх любив: і Толю, і Олю, і їхніх татків, і їхніх мам.</w:t>
      </w:r>
    </w:p>
    <w:p>
      <w:r>
        <w:br/>
        <w:t>У серпні щороку святкували дідусів день народження.</w:t>
      </w:r>
    </w:p>
    <w:p>
      <w:r>
        <w:br/>
        <w:t>Толя й Оля дуже любили це свято, бо щоразу дідусь їм у цей день розповідав щось нове і дуже інтересне: і про звірів, і про пташок, і про дерева, й про квіти. Він показував у своєму садочку якусь дивовижну квітку, якої ні в кого не було. А дідусь дуже кохався в квітах, і в його невеличкому садочку щороку виростала або величезна багатоколірна жоржина, або ромашки такі завбільшки, як блюдце, або ще щось...</w:t>
      </w:r>
    </w:p>
    <w:p>
      <w:r>
        <w:br/>
        <w:t>Толя й Оля вирішили зробити дідусеві подарунки, але так, щоб Толя не знав, що подарує Оля, а Оля щоб не знала, що даруватиме Толя.</w:t>
      </w:r>
    </w:p>
    <w:p>
      <w:r>
        <w:br/>
        <w:t>Толя знав, що дідусь дуже любить квіти. Він вирішив подарувати йому букет червоних гвоздик, які сам виростить.</w:t>
      </w:r>
    </w:p>
    <w:p>
      <w:r>
        <w:br/>
        <w:t>Він розповів про це мамі. Мама похвалила Толю за такий намір, ще й допомогла йому купити кущики гвоздик. Толя сам скопав у таємному місці грядочку і посадив гвоздики. Ходив за ними, поливав. І на серпень у нього розквітли чудові червоні гвоздики.</w:t>
      </w:r>
    </w:p>
    <w:p>
      <w:r>
        <w:br/>
        <w:t>Оля думала, думала, що подарувати дідусеві, і вирішила:</w:t>
      </w:r>
    </w:p>
    <w:p>
      <w:r>
        <w:br/>
        <w:t>— Дідусь дуже любить квіти! Посаджу я гвоздики, викохаю їх та й подарую дідусеві! йому буде дуже приємно, що я сама вже вмію вирощувати квіти! Правда, мамо! Тільки щоб не знали ні дідусь, ні Толя...</w:t>
      </w:r>
    </w:p>
    <w:p>
      <w:r>
        <w:br/>
        <w:t>І в Олі до дня дідусевого народження розквітли прекрасні червоні гвоздики.</w:t>
      </w:r>
    </w:p>
    <w:p>
      <w:r>
        <w:br/>
        <w:t>Посходилися гості. Вітають дідуся. У Толі в руках щось загорнуте в папір, і в Олі — так само.</w:t>
      </w:r>
    </w:p>
    <w:p>
      <w:r>
        <w:br/>
        <w:t>Толя підходить до дідуся:</w:t>
      </w:r>
    </w:p>
    <w:p>
      <w:r>
        <w:br/>
        <w:t>— Вітаю тебе, дорогий дідусю, з днем народження. Бажаю вам здоров'я! Ось од мене цей подарунок! Це я сам викохав!</w:t>
      </w:r>
    </w:p>
    <w:p>
      <w:r>
        <w:br/>
        <w:t>А за ним Оля:</w:t>
      </w:r>
    </w:p>
    <w:p>
      <w:r>
        <w:br/>
        <w:t>— Дорогий дідусю, вітаю тебе, бажаю здоров'я й дарую оцей подарунок. Це я сама викохала!</w:t>
      </w:r>
    </w:p>
    <w:p>
      <w:r>
        <w:br/>
        <w:t>Дідусь подякував, поцілував Толю, поцілував Олю.</w:t>
      </w:r>
    </w:p>
    <w:p>
      <w:r>
        <w:br/>
        <w:t>Розгорнув Толин подарунок — червоні гвоздики!</w:t>
      </w:r>
    </w:p>
    <w:p>
      <w:r>
        <w:br/>
        <w:t>Розгорнув Олин подарунок — червоні гвоздики!</w:t>
      </w:r>
    </w:p>
    <w:p>
      <w:r>
        <w:br/>
        <w:t>А Толя:</w:t>
      </w:r>
    </w:p>
    <w:p>
      <w:r>
        <w:br/>
        <w:t>— Ой! Я й не знав, що й в Олі гвоздики!</w:t>
      </w:r>
    </w:p>
    <w:p>
      <w:r>
        <w:br/>
        <w:t>А Оля:</w:t>
      </w:r>
    </w:p>
    <w:p>
      <w:r>
        <w:br/>
        <w:t>— Ой! Я й не знала, що й у Толі гвоздики!</w:t>
      </w:r>
    </w:p>
    <w:p>
      <w:r>
        <w:br/>
        <w:t>А дідусь сміється, а дідусь сміється:</w:t>
      </w:r>
    </w:p>
    <w:p>
      <w:r>
        <w:br/>
        <w:t>— Я дуже,— каже дідусь,— дякую за ваші хороші подарунки! А гвоздики мені дуже любі та милі квіти, вони мені нагадують минулі часи, коли ми, комуністи, працюючи в підпіллі, пізнавали один одного по червоній гвоздиці на піджаку. Червона гвоздика — квітка революції...</w:t>
      </w:r>
    </w:p>
    <w:p>
      <w:r>
        <w:br/>
        <w:t>І розповів дідусь Толі й Олі про те, як кохався в квітах великий пролетарський письменник Максим Горький, як любив він гвоздики.</w:t>
      </w:r>
    </w:p>
    <w:p>
      <w:r>
        <w:br/>
        <w:t>Колись у Горького на острові Капрі гостював його хороший друг український письменник Михайло Коцюбинський. Максим Горький подарував другові чудесну, пишну-пишну гарячо-червону гвоздику.</w:t>
      </w:r>
    </w:p>
    <w:p>
      <w:r>
        <w:br/>
        <w:t>— На знак нашої дружби,— сказав Горький.</w:t>
      </w:r>
    </w:p>
    <w:p>
      <w:r>
        <w:br/>
        <w:t>Коцюбинський привіз цей дорогий подарунок з далекого італійського острова Капрі додому, в Чернігів, і висадив її в своєму садку.</w:t>
      </w:r>
    </w:p>
    <w:p>
      <w:r>
        <w:br/>
        <w:t>Михайло Михайлович теж дуже любив квіти, сам за ними ходив, викохував, вирощував їх. А найдужче любив він червону гвоздику.</w:t>
      </w:r>
    </w:p>
    <w:p>
      <w:r>
        <w:br/>
        <w:t>Пишна та рясна росла вона в садочку Коцюбинського, і він дарував червоні квіти своїм друзям.</w:t>
      </w:r>
    </w:p>
    <w:p>
      <w:r>
        <w:br/>
        <w:t>І по сьогодні цвіте "Гвоздика Коцюбинського".</w:t>
      </w:r>
    </w:p>
    <w:p>
      <w:r>
        <w:br/>
        <w:t>— Ось вона! Дивіться!</w:t>
      </w:r>
    </w:p>
    <w:p>
      <w:r>
        <w:br/>
        <w:t>Дідусь підвів Толю і Олю до грядочки. Серед інших квітів червонів, аж горів, кущ гвоздики.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Гвоздика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