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Гуцульське весілля</w:t>
      </w:r>
    </w:p>
    <w:p>
      <w:r>
        <w:br/>
        <w:t xml:space="preserve"> (З народними коломийками)</w:t>
      </w:r>
    </w:p>
    <w:p>
      <w:r>
        <w:br/>
        <w:t>Бубон б'є,&lt;br /&gt;</w:t>
        <w:br/>
        <w:t>А молода плаче…</w:t>
      </w:r>
    </w:p>
    <w:p>
      <w:r>
        <w:br/>
        <w:t>Та не шуми, ліщинонько,&lt;br /&gt;</w:t>
        <w:br/>
        <w:t>Та й не розвивайся,&lt;br /&gt;</w:t>
        <w:br/>
        <w:t>Не плач, не плач, дівчинонько,&lt;br /&gt;</w:t>
        <w:br/>
        <w:t>Та не віддавайся.</w:t>
      </w:r>
    </w:p>
    <w:p>
      <w:r>
        <w:br/>
        <w:t>А скрипка тішиться:&lt;br /&gt;</w:t>
        <w:br/>
        <w:t>Будем їсти, будем пити…&lt;br /&gt;</w:t>
        <w:br/>
        <w:t>Бубон не спішить:&lt;br /&gt;</w:t>
        <w:br/>
        <w:t>Як бог дасть, як бог дасть…</w:t>
      </w:r>
    </w:p>
    <w:p>
      <w:r>
        <w:br/>
        <w:t>А це що за ґазда,&lt;br /&gt;</w:t>
        <w:br/>
        <w:t>Що так засмутився,&lt;br /&gt;</w:t>
        <w:br/>
        <w:t>Гостей не приймає?&lt;br /&gt;</w:t>
        <w:br/>
        <w:t>Ґаздиня дрімає,&lt;br /&gt;</w:t>
        <w:br/>
        <w:t>Музика не грає…</w:t>
      </w:r>
    </w:p>
    <w:p>
      <w:r>
        <w:br/>
        <w:t>Ану, хлопці,— в круг!&lt;br /&gt;</w:t>
        <w:br/>
        <w:t>І — пішов аркан&lt;br /&gt;</w:t>
        <w:br/>
        <w:t>В рух&lt;br /&gt;</w:t>
        <w:br/>
        <w:t>Попід паркан —&lt;br /&gt;</w:t>
        <w:br/>
        <w:t>У-у-ух!</w:t>
      </w:r>
    </w:p>
    <w:p>
      <w:r>
        <w:br/>
        <w:t>Легіні плечисті&lt;br /&gt;</w:t>
        <w:br/>
        <w:t>Завихріли в свисті&lt;br /&gt;</w:t>
        <w:br/>
        <w:t>Вітром в падолисті,&lt;br /&gt;</w:t>
        <w:br/>
        <w:t>Крешуть топорами —&lt;br /&gt;</w:t>
        <w:br/>
        <w:t>Іскри за горами!</w:t>
      </w:r>
    </w:p>
    <w:p>
      <w:r>
        <w:br/>
        <w:t>А вважай, що прийде:&lt;br /&gt;</w:t>
        <w:br/>
        <w:t>Раз — сів!&lt;br /&gt;</w:t>
        <w:br/>
        <w:t>Два — присів!&lt;br /&gt;</w:t>
        <w:br/>
        <w:t>Не страхайте в будах псів,&lt;br /&gt;</w:t>
        <w:br/>
        <w:t>Хлопці, глину не місіть,&lt;br /&gt;</w:t>
        <w:br/>
        <w:t>Не топчіть отав…</w:t>
      </w:r>
    </w:p>
    <w:p>
      <w:r>
        <w:br/>
        <w:t>А вважай, що прийде:&lt;br /&gt;</w:t>
        <w:br/>
        <w:t>Тихо — батько спить.&lt;br /&gt;</w:t>
        <w:br/>
        <w:t>І трава не шелестить.&lt;br /&gt;</w:t>
        <w:br/>
        <w:t>Та за хвилю:&lt;br /&gt;</w:t>
        <w:br/>
        <w:t>Батько встав!&lt;br /&gt;</w:t>
        <w:br/>
        <w:t>І задвірок пеклом став.&lt;br /&gt;</w:t>
        <w:br/>
        <w:t>Свист і тропіт.&lt;br /&gt;</w:t>
        <w:br/>
        <w:t>Із чола градом піт.&lt;br /&gt;</w:t>
        <w:br/>
        <w:t>Не шкодуйте чобіт!&lt;br /&gt;</w:t>
        <w:br/>
        <w:t>Раз весілля —&lt;br /&gt;</w:t>
        <w:br/>
        <w:t>То весілля!</w:t>
      </w:r>
    </w:p>
    <w:p>
      <w:r>
        <w:br/>
        <w:t>Затанцюймо, мила,&lt;br /&gt;</w:t>
        <w:br/>
        <w:t>Чуєш — коні&lt;br /&gt;</w:t>
        <w:br/>
        <w:t>На припоні&lt;br /&gt;</w:t>
        <w:br/>
        <w:t>Рвуть вудила.</w:t>
      </w:r>
    </w:p>
    <w:p>
      <w:r>
        <w:br/>
        <w:t>Що нам до усіх?&lt;br /&gt;</w:t>
        <w:br/>
        <w:t>Най собі судачать,&lt;br /&gt;</w:t>
        <w:br/>
        <w:t>Подаруй сьогодні сміх,&lt;br /&gt;</w:t>
        <w:br/>
        <w:t>А завтра — най плачу.&lt;br /&gt;</w:t>
        <w:br/>
        <w:t>Поцілуй мене при всіх —&lt;br /&gt;</w:t>
        <w:br/>
        <w:t>Най вороги бачать.&lt;br /&gt;</w:t>
        <w:br/>
        <w:t>Най їм буде гірко.&lt;br /&gt;</w:t>
        <w:br/>
        <w:t>Бо то пиво, що не пилось,—&lt;br /&gt;</w:t>
        <w:br/>
        <w:t>На сьогодні згіркло…</w:t>
      </w:r>
    </w:p>
    <w:p>
      <w:r>
        <w:br/>
        <w:t>А скрипочка впилась — плаче,&lt;br /&gt;</w:t>
        <w:br/>
        <w:t>Молода сміється.&lt;br /&gt;</w:t>
        <w:br/>
        <w:t>Гуляй, гуляй, моя доню,&lt;br /&gt;</w:t>
        <w:br/>
        <w:t>Та й нагуляєшся.&lt;br /&gt;</w:t>
        <w:br/>
        <w:t>А як прийдеш додомочку&lt;br /&gt;</w:t>
        <w:br/>
        <w:t>Та й задумаєшся…</w:t>
      </w:r>
    </w:p>
    <w:p>
      <w:r>
        <w:br/>
        <w:t>В молодички зуби білі,&lt;br /&gt;</w:t>
        <w:br/>
        <w:t>А очі гарячі.&lt;br /&gt;</w:t>
        <w:br/>
        <w:t>На гуцульському весіллі&lt;br /&gt;</w:t>
        <w:br/>
        <w:t>Навіть столи скачуть.</w:t>
      </w:r>
    </w:p>
    <w:p>
      <w:r>
        <w:br/>
        <w:t>Ой по плаю білі вівці,&lt;br /&gt;</w:t>
        <w:br/>
        <w:t>По плаю, по плаю.&lt;br /&gt;</w:t>
        <w:br/>
        <w:t>А я спала з музикантом,&lt;br /&gt;</w:t>
        <w:br/>
        <w:t>Бігме ся не таю.</w:t>
      </w:r>
    </w:p>
    <w:p>
      <w:r>
        <w:br/>
        <w:t>А я спала з музикантом —&lt;br /&gt;</w:t>
        <w:br/>
        <w:t>Захопили зорі.&lt;br /&gt;</w:t>
        <w:br/>
        <w:t>Та я втекла у долину.&lt;br /&gt;</w:t>
        <w:br/>
        <w:t>А музика д'горі.</w:t>
      </w:r>
    </w:p>
    <w:p>
      <w:r>
        <w:br/>
        <w:t>І-іх!..&lt;br /&gt;</w:t>
        <w:br/>
        <w:t>Кому сміх,&lt;br /&gt;</w:t>
        <w:br/>
        <w:t>А мене бив чоловік,&lt;br /&gt;</w:t>
        <w:br/>
        <w:t>Вкоротився б йому вік!</w:t>
      </w:r>
    </w:p>
    <w:p>
      <w:r>
        <w:br/>
        <w:t>Бив руками, скільки міг,&lt;br /&gt;</w:t>
        <w:br/>
        <w:t>Ще й сливовим суком&lt;br /&gt;</w:t>
        <w:br/>
        <w:t>За мій гріх…&lt;br /&gt;</w:t>
        <w:br/>
        <w:t>(А гріх у міх&lt;br /&gt;</w:t>
        <w:br/>
        <w:t>Та — буком…)</w:t>
      </w:r>
    </w:p>
    <w:p>
      <w:r>
        <w:br/>
        <w:t>Ой ти, куме, кумцю милий,-&lt;br /&gt;</w:t>
        <w:br/>
        <w:t>Ми ся покумали.&lt;br /&gt;</w:t>
        <w:br/>
        <w:t>Якби ми ся полюбили —&lt;br /&gt;</w:t>
        <w:br/>
        <w:t>Гріха би не мали.</w:t>
      </w:r>
    </w:p>
    <w:p>
      <w:r>
        <w:br/>
        <w:t>Та не бий вже, чоловіче,&lt;br /&gt;</w:t>
        <w:br/>
        <w:t>Бо нічого не є вічне,&lt;br /&gt;</w:t>
        <w:br/>
        <w:t>Я ж — твоя жінка вінчана,&lt;br /&gt;</w:t>
        <w:br/>
        <w:t>А хто тебе похоронить,&lt;br /&gt;</w:t>
        <w:br/>
        <w:t>Як мене скалічиш?..</w:t>
      </w:r>
    </w:p>
    <w:p>
      <w:r>
        <w:br/>
        <w:t>Трясеться хата,&lt;br /&gt;</w:t>
        <w:br/>
        <w:t>Реве худоба,&lt;br /&gt;</w:t>
        <w:br/>
        <w:t>А весілля веселиться&lt;br /&gt;</w:t>
        <w:br/>
        <w:t>Третю добу.</w:t>
      </w:r>
    </w:p>
    <w:p>
      <w:r>
        <w:br/>
        <w:t>Може, гості запрошені,&lt;br /&gt;</w:t>
        <w:br/>
        <w:t>Чимось не вподобав?&lt;br /&gt;</w:t>
        <w:br/>
        <w:t>Беріть їжте, прошу — пийте,&lt;br /&gt;</w:t>
        <w:br/>
        <w:t>Веселіться добре.</w:t>
      </w:r>
    </w:p>
    <w:p>
      <w:r>
        <w:br/>
        <w:t>А ви, бубни, не спіть,&lt;br /&gt;</w:t>
        <w:br/>
        <w:t>Смійтеся, цимбали.&lt;br /&gt;</w:t>
        <w:br/>
        <w:t>Нехай буде легіникам&lt;br /&gt;</w:t>
        <w:br/>
        <w:t>Ніченьки замало…</w:t>
      </w:r>
    </w:p>
    <w:p>
      <w:r>
        <w:br/>
        <w:t>Так їх вітер носить,&lt;br /&gt;</w:t>
        <w:br/>
        <w:t>Аж земля гуде.&lt;br /&gt;</w:t>
        <w:br/>
        <w:t>Бережіться, котрі босі,—&lt;br /&gt;</w:t>
        <w:br/>
        <w:t>"Гуцулка" іде!..</w:t>
      </w:r>
    </w:p>
    <w:p>
      <w:r>
        <w:br/>
        <w:t>Я косити густі трави&lt;br /&gt;</w:t>
        <w:br/>
        <w:t>Не можу ся скласти.&lt;br /&gt;</w:t>
        <w:br/>
        <w:t>Танцювати на забаві —&lt;br /&gt;</w:t>
        <w:br/>
        <w:t>Лиш коби допасти.</w:t>
      </w:r>
    </w:p>
    <w:p>
      <w:r>
        <w:br/>
        <w:t>А хто в горах виростає,&lt;br /&gt;</w:t>
        <w:br/>
        <w:t>П'є з ріки водиці,&lt;br /&gt;</w:t>
        <w:br/>
        <w:t>То за тим очима водять&lt;br /&gt;</w:t>
        <w:br/>
        <w:t>Дівки й молодиці.</w:t>
      </w:r>
    </w:p>
    <w:p>
      <w:r>
        <w:br/>
        <w:t>Там бесіда люба йтиме,&lt;br /&gt;</w:t>
        <w:br/>
        <w:t>Де ми самі двоє…&lt;br /&gt;</w:t>
        <w:br/>
        <w:t>Відступися, побратиме,&lt;br /&gt;</w:t>
        <w:br/>
        <w:t>Це — дівчина моя.</w:t>
      </w:r>
    </w:p>
    <w:p>
      <w:r>
        <w:br/>
        <w:t>Твоя?.. Моя!..&lt;br /&gt;</w:t>
        <w:br/>
        <w:t>Ще побачимо — чия!&lt;br /&gt;</w:t>
        <w:br/>
        <w:t>І — за топірці.&lt;br /&gt;</w:t>
        <w:br/>
        <w:t>Блискавки в руці.</w:t>
      </w:r>
    </w:p>
    <w:p>
      <w:r>
        <w:br/>
        <w:t>Дівчинонько молоденька,&lt;br /&gt;</w:t>
        <w:br/>
        <w:t>Ти — велика зрада.&lt;br /&gt;</w:t>
        <w:br/>
        <w:t>Якби мене порубали —&lt;br /&gt;</w:t>
        <w:br/>
        <w:t>Ти би була рада.</w:t>
      </w:r>
    </w:p>
    <w:p>
      <w:r>
        <w:br/>
        <w:t>Хто їсть, хто п'є,&lt;br /&gt;</w:t>
        <w:br/>
        <w:t>Що на столах є.&lt;br /&gt;</w:t>
        <w:br/>
        <w:t>А скрипка серце крає,&lt;br /&gt;</w:t>
        <w:br/>
        <w:t>Щосили бубон б'є.</w:t>
      </w:r>
    </w:p>
    <w:p>
      <w:r>
        <w:br/>
        <w:t>Ой цимбали,&lt;br /&gt;</w:t>
        <w:br/>
        <w:t>Срібні цимбали —&lt;br /&gt;</w:t>
        <w:br/>
        <w:t>Невгомонні води Черемоша!&lt;br /&gt;</w:t>
        <w:br/>
        <w:t>Виводите дрібно&lt;br /&gt;</w:t>
        <w:br/>
        <w:t>Мелодії рідні —&lt;br /&gt;</w:t>
        <w:br/>
        <w:t>На місці встояти не можна.</w:t>
      </w:r>
    </w:p>
    <w:p>
      <w:r>
        <w:br/>
        <w:t>Та най собі загуляю,&lt;br /&gt;</w:t>
        <w:br/>
        <w:t>Поки молоденька,&lt;br /&gt;</w:t>
        <w:br/>
        <w:t>Поки в горі Чорногорі&lt;br /&gt;</w:t>
        <w:br/>
        <w:t>Вода студененька.</w:t>
      </w:r>
    </w:p>
    <w:p>
      <w:r>
        <w:br/>
        <w:t>На високій полонині&lt;br /&gt;</w:t>
        <w:br/>
        <w:t>Вбив половик каню.&lt;br /&gt;</w:t>
        <w:br/>
        <w:t>А то уже — по весіллю,&lt;br /&gt;</w:t>
        <w:br/>
        <w:t>Та й по видриганню.</w:t>
      </w:r>
    </w:p>
    <w:p>
      <w:r>
        <w:br/>
        <w:t>Розходяться гості.&lt;br /&gt;</w:t>
        <w:br/>
        <w:t>Скрипка жалібно&lt;br /&gt;</w:t>
        <w:br/>
        <w:t>На помості&lt;br /&gt;</w:t>
        <w:br/>
        <w:t>Кигиче:&lt;br /&gt;</w:t>
        <w:br/>
        <w:t>Не їла, не пила я…&lt;br /&gt;</w:t>
        <w:br/>
        <w:t>А бубон, звично,&lt;br /&gt;</w:t>
        <w:br/>
        <w:t>Як завше:&lt;br /&gt;</w:t>
        <w:br/>
        <w:t>Я казав,&lt;br /&gt;</w:t>
        <w:br/>
        <w:t>А казав же…</w:t>
      </w:r>
    </w:p>
    <w:p>
      <w:r>
        <w:br/>
        <w:t>Заграй ще разок маленький&lt;br /&gt;</w:t>
        <w:br/>
        <w:t>Легіням, музико.&lt;br /&gt;</w:t>
        <w:br/>
        <w:t>Ой дівчина молоденька —&lt;br /&gt;</w:t>
        <w:br/>
        <w:t>Забава велика!</w:t>
      </w:r>
    </w:p>
    <w:p>
      <w:r>
        <w:br/>
        <w:t>Ой забава, що забава,&lt;br /&gt;</w:t>
        <w:br/>
        <w:t>То на цілі гори!&lt;br /&gt;</w:t>
        <w:br/>
        <w:t>Лиш молода ще не знала —&lt;br /&gt;</w:t>
        <w:br/>
        <w:t>На щастя чи горе…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Гуцульське весілля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