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Гусятниця</w:t>
      </w:r>
    </w:p>
    <w:p>
      <w:r>
        <w:br/>
        <w:t xml:space="preserve"> &lt;p&gt;I</w:t>
      </w:r>
    </w:p>
    <w:p>
      <w:r>
        <w:br/>
        <w:t>Придбав гусятницю.</w:t>
      </w:r>
    </w:p>
    <w:p>
      <w:r>
        <w:br/>
        <w:t>Він рік за нею полював: умовляв генерала продати.</w:t>
      </w:r>
    </w:p>
    <w:p>
      <w:r>
        <w:br/>
        <w:t>Генерал привіз рушницю з війни. Хвалився, що сам Герінг із нею на полювання ходив.</w:t>
      </w:r>
    </w:p>
    <w:p>
      <w:r>
        <w:br/>
        <w:t>Не рушниця — гармата двоствольна. Танки такою підбивати, а не гусей. Двометрові стволи. Ложе пудове. Золоті гуси по тому ложі летять. А в кожну гільзу шклянка бездимного пороху влазить. Не кажучи вже про шріт.</w:t>
      </w:r>
    </w:p>
    <w:p>
      <w:r>
        <w:br/>
        <w:t>Генерал з неї жодного разу не вистрілив: хотів ще пожити на світі.</w:t>
      </w:r>
    </w:p>
    <w:p>
      <w:r>
        <w:br/>
        <w:t>А цьому тільки з нею і полювати. Наїв барило таке, що й трактором з місця не зрушиш. І задниця наче в слона. Для "противєсу". Ще й мав "Мерседеса" шикарного, хороми кількамільйонні. То йому що, з отими голодранцями рівнятись? Які полюють із "тулками", мотузяччям перев'язаними.</w:t>
      </w:r>
    </w:p>
    <w:p>
      <w:r>
        <w:br/>
        <w:t>Врешті вмовив. Одвалив десять тисяч зелених.</w:t>
      </w:r>
    </w:p>
    <w:p>
      <w:r>
        <w:br/>
        <w:t>Спорядивсь урочисто на відкриття полювання, поїхав.</w:t>
      </w:r>
    </w:p>
    <w:p>
      <w:r>
        <w:br/>
        <w:t>II</w:t>
      </w:r>
    </w:p>
    <w:p>
      <w:r>
        <w:br/>
        <w:t>Тільки місце зайняв — припекло, куди й царі пішки ходили. "По-большому".</w:t>
      </w:r>
    </w:p>
    <w:p>
      <w:r>
        <w:br/>
        <w:t>Вчора ж чаркувались до пізнього. А де чарка, там і наїдків гора. Він і наминав — боявся сп'яніти. Щоб руки не трусилися, коли стане на "зорьку".</w:t>
      </w:r>
    </w:p>
    <w:p>
      <w:r>
        <w:br/>
        <w:t>"Хай ти згориш!"</w:t>
      </w:r>
    </w:p>
    <w:p>
      <w:r>
        <w:br/>
        <w:t>Метнувся в кущі разом з гусятницею: ану ж качки налетять! І тільки усівся, вони й налетіли. Хмарою.</w:t>
      </w:r>
    </w:p>
    <w:p>
      <w:r>
        <w:br/>
        <w:t>Він навскид і смалонув.</w:t>
      </w:r>
    </w:p>
    <w:p>
      <w:r>
        <w:br/>
        <w:t>Бабахнуло — земля загойдалася. Трьох крижнів з неба змело. Йому ж плече одбило і до землі припечатало.</w:t>
      </w:r>
    </w:p>
    <w:p>
      <w:r>
        <w:br/>
        <w:t>Та якби ж тільки до землі! А то по вчорашній вечері розмазало. Встиг отакенну купу накласти.</w:t>
      </w:r>
    </w:p>
    <w:p>
      <w:r>
        <w:br/>
        <w:t>III</w:t>
      </w:r>
    </w:p>
    <w:p>
      <w:r>
        <w:br/>
        <w:t>Вертався додому без трусів і штанів. Під регіт мисливців.</w:t>
      </w:r>
    </w:p>
    <w:p>
      <w:r>
        <w:br/>
        <w:t>IV</w:t>
      </w:r>
    </w:p>
    <w:p>
      <w:r>
        <w:br/>
        <w:t>Продає тепер гусятницю. Дешево. Майже за безцінь. Придбати не хочете?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Гусятниця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