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Гуси</w:t>
      </w:r>
    </w:p>
    <w:p>
      <w:r>
        <w:br/>
        <w:t xml:space="preserve"> &lt;p&gt;У гостинній бавилися розмовою три добре знайомі особи.</w:t>
      </w:r>
    </w:p>
    <w:p>
      <w:r>
        <w:br/>
        <w:t>Обі панночки торочили свою звичайну, мляву розмову, мололи дрібними язичками, як на коловороті, закрашували забаву штучними, але пустими дотепами, перекидалися за-мітними поглядами, переплітали невинну розмову більше або менше невинними сплетнями.</w:t>
      </w:r>
    </w:p>
    <w:p>
      <w:r>
        <w:br/>
        <w:t>Він сидів набоці вигідно у кріслі, слухав оклепаного розговору і банальних дотепів, нудився і... від часу до часу зівав.</w:t>
      </w:r>
    </w:p>
    <w:p>
      <w:r>
        <w:br/>
        <w:t>Думав свою думку і впертим мовчанням, себто маломов-ністю, в товаристві доводив панночок до... пасії.</w:t>
      </w:r>
    </w:p>
    <w:p>
      <w:r>
        <w:br/>
        <w:t>— Заграй що...— сказала одна панночка.</w:t>
      </w:r>
    </w:p>
    <w:p>
      <w:r>
        <w:br/>
        <w:t>— Заграйте! — докинула друга.</w:t>
      </w:r>
    </w:p>
    <w:p>
      <w:r>
        <w:br/>
        <w:t>Зробив такий нечемний вираз лиця, якби зовсім не мав охоти рушитися з крісла.</w:t>
      </w:r>
    </w:p>
    <w:p>
      <w:r>
        <w:br/>
        <w:t>їх бавило його лінивство. Взяли його під руки і завели майже силоміць до другої, просторої кімнати.</w:t>
      </w:r>
    </w:p>
    <w:p>
      <w:r>
        <w:br/>
        <w:t>Добув з футерала свою скрипку і почав строїти.</w:t>
      </w:r>
    </w:p>
    <w:p>
      <w:r>
        <w:br/>
        <w:t>Приложив до вуха і потягнув смичком дві гармонійні сексти чудових флажолетів.</w:t>
      </w:r>
    </w:p>
    <w:p>
      <w:r>
        <w:br/>
        <w:t>— Аа! дзвіночки! цсс...— сказали нараз обі панночки з очевидним вдоволенням.</w:t>
      </w:r>
    </w:p>
    <w:p>
      <w:r>
        <w:br/>
        <w:t>Знов відоймив скрипку від бороди і положив на коліна.</w:t>
      </w:r>
    </w:p>
    <w:p>
      <w:r>
        <w:br/>
        <w:t>— Та-бо не давай себе просити — ой які ж ви всі нудярі.</w:t>
      </w:r>
    </w:p>
    <w:p>
      <w:r>
        <w:br/>
        <w:t>— Аж то трудно вас допроситися.</w:t>
      </w:r>
    </w:p>
    <w:p>
      <w:r>
        <w:br/>
        <w:t>Тоді почав грати свою власну фантазію. . Він розумів її і говорив собі, бувало, що та композиція годиться з його долею і настроєм, як дві мольові терції !. Так осудив її один його товариш і сказав, що він сам розуміє цілу історію, переказану музикою...</w:t>
      </w:r>
    </w:p>
    <w:p>
      <w:r>
        <w:br/>
        <w:t>"Після фантастичного заспіву починалося — житє.</w:t>
      </w:r>
    </w:p>
    <w:p>
      <w:r>
        <w:br/>
        <w:t>Звучали акорди, гуділи пасажі, шуміли фуги, пищали тріллери, щебетала веселість, котився сміх, стогнав смуток, плакав жаль і — далі тягнулася тужна нута життєвої пісні — непевний переспів трудного проблему".</w:t>
      </w:r>
    </w:p>
    <w:p>
      <w:r>
        <w:br/>
        <w:t>— Знаєш, Маню, що скрипка сама про себе — то дуже нудний і невдячний інструмент,— сказала між тим панна Ніна.</w:t>
      </w:r>
    </w:p>
    <w:p>
      <w:r>
        <w:br/>
        <w:t>Чув ту оцінку, може й алюзію до себе, але... грав своє далі.</w:t>
      </w:r>
    </w:p>
    <w:p>
      <w:r>
        <w:br/>
        <w:t>Відложив на хвилю смичок і наложив сурдинку. Струна плакала під його пальцями, зітхала і стогнала, як уста хорої людини.</w:t>
      </w:r>
    </w:p>
    <w:p>
      <w:r>
        <w:br/>
        <w:t>Отак він грав досить довго.</w:t>
      </w:r>
    </w:p>
    <w:p>
      <w:r>
        <w:br/>
        <w:t>— Заграйте щось веселого — не мучте нас. Спаленів від невинного жарту панни Ніни, але не переставав грати з чуттям і зрозумінням.</w:t>
      </w:r>
    </w:p>
    <w:p>
      <w:r>
        <w:br/>
        <w:t>"Фантазія промовляла до його душі ніжними звуками гарної поезії, гладила нерви пестощами любого кохання".</w:t>
      </w:r>
    </w:p>
    <w:p>
      <w:r>
        <w:br/>
        <w:t>Відтак... "зранене серце плакало слізьми зломаного щастя".</w:t>
      </w:r>
    </w:p>
    <w:p>
      <w:r>
        <w:br/>
        <w:t>"Шуміли стони злобного вихру і дикий спів смерті колов душу осиротілої людини".</w:t>
      </w:r>
    </w:p>
    <w:p>
      <w:r>
        <w:br/>
        <w:t>"Молоде жите клали у трумно, а над домовиною конав живий живчик зломаного організму. На могилі плакали люди, співали похоронної пісні, одна тільки душа добивала себе останніми хлипаннями кровавого болю".</w:t>
      </w:r>
    </w:p>
    <w:p>
      <w:r>
        <w:br/>
        <w:t>— Овва — "святий боже" — то й наш реент добре співає. Викривив лице ніби від наглого болю, але кінчив свою</w:t>
      </w:r>
    </w:p>
    <w:p>
      <w:r>
        <w:br/>
        <w:t>драму — твір молодої фантазії. Ніжні флажолети доспівували кінця сумної історії. Ще раз забреніли акорди — трогаю-чий поспів — сумні еха глухих флажолетів — кровавої нути невмирущий фінал.</w:t>
      </w:r>
    </w:p>
    <w:p>
      <w:r>
        <w:br/>
        <w:t>— Браво! Славно! — озвалися іронічно знуджені слухачки.</w:t>
      </w:r>
    </w:p>
    <w:p>
      <w:r>
        <w:br/>
        <w:t>— Але чому ви не граєте танців? Маню! Заграй нам мазура, маю нині спеціальну охоту гуляти.</w:t>
      </w:r>
    </w:p>
    <w:p>
      <w:r>
        <w:br/>
        <w:t>Панна Маня сіла при фортеп'яні і почала бубнити підскоч-ного мазура...</w:t>
      </w:r>
    </w:p>
    <w:p>
      <w:r>
        <w:br/>
        <w:t>Він сидів якийсь невдоволений, лихий і ніби пригноблений. Похнюпившись, просидів так мовчки хвилину.</w:t>
      </w:r>
    </w:p>
    <w:p>
      <w:r>
        <w:br/>
        <w:t>А далі переміг себе і... розрухався.</w:t>
      </w:r>
    </w:p>
    <w:p>
      <w:r>
        <w:br/>
        <w:t>Приложив скрипку до самого вуха, вхопив смик по середині і почав акомпанувати панні Мані — ладом і жестом корчемних музикантів на провінціональних весіллях.</w:t>
      </w:r>
    </w:p>
    <w:p>
      <w:r>
        <w:br/>
        <w:t>Панна Ніна набрала ще більшого гумору та почала вертітися і бігати по кімнаті, як надзвичайно охоча танеч-ниця.</w:t>
      </w:r>
    </w:p>
    <w:p>
      <w:r>
        <w:br/>
        <w:t>— Ах! маю охоту вас обоїх вицілувати за вашу музику. ...Танець урвався.</w:t>
      </w:r>
    </w:p>
    <w:p>
      <w:r>
        <w:br/>
        <w:t>— Знаєте — ви славно граєте. Справді — знаменито. Подякував поклоном за комплімент і сховав скрипку</w:t>
      </w:r>
    </w:p>
    <w:p>
      <w:r>
        <w:br/>
        <w:t>назад до скриньки.</w:t>
      </w:r>
    </w:p>
    <w:p>
      <w:r>
        <w:br/>
        <w:t>Станув при вікні і видивився на подвір'я, де в калабані таляпалися гуси.</w:t>
      </w:r>
    </w:p>
    <w:p>
      <w:r>
        <w:br/>
        <w:t>— Прошу-но подивитися,— сказав таким тоном, щоби викликати заінтересовання.</w:t>
      </w:r>
    </w:p>
    <w:p>
      <w:r>
        <w:br/>
        <w:t>— Панно Ніно! Чи ви бачили таку поезію? Що за гарна ідилія!</w:t>
      </w:r>
    </w:p>
    <w:p>
      <w:r>
        <w:br/>
        <w:t>— Що таке? — запитали цікаво панночки і підбігли скоренько до вікна.</w:t>
      </w:r>
    </w:p>
    <w:p>
      <w:r>
        <w:br/>
        <w:t>— Ну що таке? — спитала ще раз панна Ніна і з зачудованням поглянула йому в очі.</w:t>
      </w:r>
    </w:p>
    <w:p>
      <w:r>
        <w:br/>
        <w:t>— Нічо,— відповіла панна Маня,— гуси таляпаються в болоті,</w:t>
      </w:r>
    </w:p>
    <w:p>
      <w:r>
        <w:br/>
        <w:t>— Ей, ні — прошу-но ліпше придивитися. Яка висока поезія: чи не бачите?.. Патлата гуска розказує історію гусячої культури, а ціле стадо подивляє її геніальну здібність.</w:t>
      </w:r>
    </w:p>
    <w:p>
      <w:r>
        <w:br/>
        <w:t>— Як ви се можете знати? Що то має бути? Я вас зовсім не розумію,— щебетала панна Ніна.</w:t>
      </w:r>
    </w:p>
    <w:p>
      <w:r>
        <w:br/>
        <w:t>— А я вас тим менше.</w:t>
      </w:r>
    </w:p>
    <w:p>
      <w:r>
        <w:br/>
        <w:t>— Але я знаю, о що ту ходить,— сказала панна Маня.— Символіка! Правда, Ясю? — і загадочно усміхнулася.</w:t>
      </w:r>
    </w:p>
    <w:p>
      <w:r>
        <w:br/>
        <w:t>— Що то всьо має значити? Маню! Скажи мені! — просила сердешно панна Ніна.</w:t>
      </w:r>
    </w:p>
    <w:p>
      <w:r>
        <w:br/>
        <w:t>Л[ьвів]. 12 жовтня 1899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Гуси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