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Гулянка</w:t>
      </w:r>
    </w:p>
    <w:p>
      <w:r>
        <w:br/>
        <w:t xml:space="preserve"> Вже не по першій п'ємо отсе чарці;&lt;br /&gt;</w:t>
        <w:br/>
        <w:t>Так ізгадаймо про дещо ми, братця,&lt;br /&gt;</w:t>
        <w:br/>
        <w:t>Щоб воно з нами шуміло, гуло&lt;br /&gt;</w:t>
        <w:br/>
        <w:t>І гуркотіло, стогнало, ревло!</w:t>
      </w:r>
    </w:p>
    <w:p>
      <w:r>
        <w:br/>
        <w:t>В чорних хмарах, чорних хмарах&lt;br /&gt;</w:t>
        <w:br/>
        <w:t>З небом місяць і зірки;&lt;br /&gt;</w:t>
        <w:br/>
        <w:t>Червоніють в чорних хмарах,&lt;br /&gt;</w:t>
        <w:br/>
        <w:t>Грають, грають блискавки.</w:t>
      </w:r>
    </w:p>
    <w:p>
      <w:r>
        <w:br/>
        <w:t>Гряк — і далеко загуркотіло!&lt;br /&gt;</w:t>
        <w:br/>
        <w:t>Вітер схватився — і загуло!&lt;br /&gt;</w:t>
        <w:br/>
        <w:t>В лузі, в діброві загомоніло;&lt;br /&gt;</w:t>
        <w:br/>
        <w:t>Море повтало і заревло!</w:t>
      </w:r>
    </w:p>
    <w:p>
      <w:r>
        <w:br/>
        <w:t>Тріскотня в борах, бо в сосни вітер і грім стріляє;&lt;br /&gt;</w:t>
        <w:br/>
        <w:t>Галас! Грім і вітер землю й море б'є, карає!</w:t>
      </w:r>
    </w:p>
    <w:p>
      <w:r>
        <w:br/>
        <w:t>Вже не по першій п'ємо отсе чарці;&lt;br /&gt;</w:t>
        <w:br/>
        <w:t>Так ізгадаймо про дещо ми, братця,&lt;br /&gt;</w:t>
        <w:br/>
        <w:t>Щоб воно з нами шуміло, гуло&lt;br /&gt;</w:t>
        <w:br/>
        <w:t>І гуркотіло, стогнало, ревло!</w:t>
      </w:r>
    </w:p>
    <w:p>
      <w:r>
        <w:br/>
        <w:t>В село, на криші хат, в солому,&lt;br /&gt;</w:t>
        <w:br/>
        <w:t>Чи од землі, чи то од грому,&lt;br /&gt;</w:t>
        <w:br/>
        <w:t>Прожорливий лихий огонь проийшов;&lt;br /&gt;</w:t>
        <w:br/>
        <w:t>На кришу з криші він, червоний, йшов,&lt;br /&gt;</w:t>
        <w:br/>
        <w:t>Як од овечки до овечки вовк...&lt;br /&gt;</w:t>
        <w:br/>
        <w:t>Хто спершу і кричав, далі змовк:&lt;br /&gt;</w:t>
        <w:br/>
        <w:t>Пожар гарцював по селу дуже шумно;&lt;br /&gt;</w:t>
        <w:br/>
        <w:t>Стояли, дивилися люди... аж сумно!..&lt;br /&gt;</w:t>
        <w:br/>
        <w:t>Земля стугоніла, огонь гуготів, і стогнало село:&lt;br /&gt;</w:t>
        <w:br/>
        <w:t>Дим, вітер й огонь там боролись, тріщало, ревло!</w:t>
      </w:r>
    </w:p>
    <w:p>
      <w:r>
        <w:br/>
        <w:t>Вже не по першій п'ємо отсе чарці;&lt;br /&gt;</w:t>
        <w:br/>
        <w:t>Так ізгадаймо про дещо ми, братця,&lt;br /&gt;</w:t>
        <w:br/>
        <w:t>Щоб воно з нами шуміло, гуло&lt;br /&gt;</w:t>
        <w:br/>
        <w:t>І гуркотіло, стогнало, ревло!</w:t>
      </w:r>
    </w:p>
    <w:p>
      <w:r>
        <w:br/>
        <w:t>Текла червоная ріка,&lt;br /&gt;</w:t>
        <w:br/>
        <w:t>Як лях ішов на козака;&lt;br /&gt;</w:t>
        <w:br/>
        <w:t>За ним, під ним, над ним&lt;br /&gt;</w:t>
        <w:br/>
        <w:t>Вогонь, і кров, і дим!&lt;br /&gt;</w:t>
        <w:br/>
        <w:t>Шаблі бряжчали,&lt;br /&gt;</w:t>
        <w:br/>
        <w:t>Списи тріщали!&lt;br /&gt;</w:t>
        <w:br/>
        <w:t>Трощили кістки копитами,&lt;br /&gt;</w:t>
        <w:br/>
        <w:t>Мостили містки головками.&lt;br /&gt;</w:t>
        <w:br/>
        <w:t>Скакали на вороному коні,&lt;br /&gt;</w:t>
        <w:br/>
        <w:t>Стогнали долі в червоній крові ...&lt;br /&gt;</w:t>
        <w:br/>
        <w:t>І ручниці, і лук — пук, пук, пук, пук!&lt;br /&gt;</w:t>
        <w:br/>
        <w:t>І то ворог, то кінь — геп, гуп, геп, гуп!</w:t>
      </w:r>
    </w:p>
    <w:p>
      <w:r>
        <w:br/>
        <w:t>Вже не по першій п'ємо отсе чарці;&lt;br /&gt;</w:t>
        <w:br/>
        <w:t>Так ізгадаймо про дещо ми, братця,&lt;br /&gt;</w:t>
        <w:br/>
        <w:t>Щоб воно з нами шуміло, гуло&lt;br /&gt;</w:t>
        <w:br/>
        <w:t>І гуркотіло, стогнало, ревло!</w:t>
      </w:r>
    </w:p>
    <w:p>
      <w:r>
        <w:br/>
        <w:t>Ні! крик то ще не крик, який учує ухо&lt;br /&gt;</w:t>
        <w:br/>
        <w:t>І до якого мир привик.&lt;br /&gt;</w:t>
        <w:br/>
        <w:t>Ото страшніший крик, як тихо-глухо&lt;br /&gt;</w:t>
        <w:br/>
        <w:t>Замовк язик, бо в серці крик...&lt;br /&gt;</w:t>
        <w:br/>
        <w:t>І мовчки, тихо-тихо&lt;br /&gt;</w:t>
        <w:br/>
        <w:t>На мир находить лихо.&lt;br /&gt;</w:t>
        <w:br/>
        <w:t>Як потухне сонце, крик такий по миру гряне,&lt;br /&gt;</w:t>
        <w:br/>
        <w:t>І проснеться, і з могил, що спало в них, повстане...</w:t>
      </w:r>
    </w:p>
    <w:p>
      <w:r>
        <w:br/>
        <w:t>Отже, й невесело, як то й не шумно...&lt;br /&gt;</w:t>
        <w:br/>
        <w:t>Слухайте, братця, як тихо і сумно...&lt;br /&gt;</w:t>
        <w:br/>
        <w:t>Бов!.. То мертвому бовкнуло в дзвін...&lt;br /&gt;</w:t>
        <w:br/>
        <w:t>В церкву ходімо, богові вдармо поклін!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Гулянка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