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Грудневий Буг</w:t>
      </w:r>
    </w:p>
    <w:p>
      <w:r>
        <w:br/>
        <w:t xml:space="preserve"> Грудневий Буг ще не замерз.&lt;br /&gt;</w:t>
        <w:br/>
        <w:t>Повільно&lt;br /&gt;</w:t>
        <w:br/>
        <w:t>Гойдає в берегах свинцеві хвилі.</w:t>
      </w:r>
    </w:p>
    <w:p>
      <w:r>
        <w:br/>
        <w:t>Ген</w:t>
      </w:r>
    </w:p>
    <w:p>
      <w:r>
        <w:br/>
        <w:t>Із гіпсу виліплена дівчина&lt;br /&gt;</w:t>
        <w:br/>
        <w:t>Чаїно руки склала, і здається,&lt;br /&gt;</w:t>
        <w:br/>
        <w:t>Що, забажавши простору і лету,&lt;br /&gt;</w:t>
        <w:br/>
        <w:t>Вона здійметься з п'єдесталу.</w:t>
      </w:r>
    </w:p>
    <w:p>
      <w:r>
        <w:br/>
        <w:t>На мосту</w:t>
      </w:r>
    </w:p>
    <w:p>
      <w:r>
        <w:br/>
        <w:t>Стоять закохані і пильно-пильно&lt;br /&gt;</w:t>
        <w:br/>
        <w:t>Вдивляються у чисту течію,&lt;br /&gt;</w:t>
        <w:br/>
        <w:t>Немов щось там побачили.</w:t>
      </w:r>
    </w:p>
    <w:p>
      <w:r>
        <w:br/>
        <w:t>Трамваї</w:t>
      </w:r>
    </w:p>
    <w:p>
      <w:r>
        <w:br/>
        <w:t>Провозять мимо них байдужі посмішки&lt;br /&gt;</w:t>
        <w:br/>
        <w:t>І ввічливі слова, по суті незначущі.&lt;br /&gt;</w:t>
        <w:br/>
        <w:t>Жінка,&lt;br /&gt;</w:t>
        <w:br/>
        <w:t>Із глодом губ, крикливо нафарбованих,&lt;br /&gt;</w:t>
        <w:br/>
        <w:t>Теж глянула у річку і плечима&lt;br /&gt;</w:t>
        <w:br/>
        <w:t>Здивовано знизала. А лисиця,&lt;br /&gt;</w:t>
        <w:br/>
        <w:t>Що обвилась у неї біля шиї,&lt;br /&gt;</w:t>
        <w:br/>
        <w:t>Скляними блиснула очима…</w:t>
      </w:r>
    </w:p>
    <w:p>
      <w:r>
        <w:br/>
        <w:t>Як багато</w:t>
      </w:r>
    </w:p>
    <w:p>
      <w:r>
        <w:br/>
        <w:t>Побичить можна на поверхні річки,&lt;br /&gt;</w:t>
        <w:br/>
        <w:t>Що зовсім чиста, в холода грудневі, –&lt;br /&gt;</w:t>
        <w:br/>
        <w:t>Коли кохаєш!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Грудневий Буг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