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Гроза пройшла... зітхнули трави...</w:t>
      </w:r>
    </w:p>
    <w:p>
      <w:r>
        <w:br/>
        <w:t xml:space="preserve"> Гроза пройшла... зітхнули трави,&lt;br /&gt;</w:t>
        <w:br/>
        <w:t>Квітки голівки підняли,&lt;br /&gt;</w:t>
        <w:br/>
        <w:t>І сонце, тепле і ласкаве,&lt;br /&gt;</w:t>
        <w:br/>
        <w:t>Спинило погляд на землі.&lt;br /&gt;</w:t>
        <w:br/>
        <w:t>Здаля розвіялись тумани,&lt;br /&gt;</w:t>
        <w:br/>
        <w:t>Знов ясно, пахощі, тепло...&lt;br /&gt;</w:t>
        <w:br/>
        <w:t>Спинилась кров, замовкли рани...&lt;br /&gt;</w:t>
        <w:br/>
        <w:t>Прибите серце ожило.&lt;br /&gt;</w:t>
        <w:br/>
        <w:t>Літає радість, щастя світе,&lt;br /&gt;</w:t>
        <w:br/>
        <w:t>Дзвенять пташки в садах рясних,&lt;br /&gt;</w:t>
        <w:br/>
        <w:t>Сміються знову трави, квіти...&lt;br /&gt;</w:t>
        <w:br/>
        <w:t>А сльози ще тремтять на них.&lt;br /&gt;</w:t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Гроза пройшла... зітхнули трави...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