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Гризота і віра</w:t>
      </w:r>
    </w:p>
    <w:p>
      <w:r>
        <w:br/>
        <w:t xml:space="preserve"> Мій світоплине,&lt;br /&gt;</w:t>
        <w:br/>
        <w:t>мій світе і Всесвіте вічний,&lt;br /&gt;</w:t>
        <w:br/>
        <w:t>Знов обірвалась&lt;br /&gt;</w:t>
        <w:br/>
        <w:t>в найвищім акорді струна!&lt;br /&gt;</w:t>
        <w:br/>
        <w:t>Сиплються зерна&lt;br /&gt;</w:t>
        <w:br/>
        <w:t>моєї гризоти і лічить&lt;br /&gt;</w:t>
        <w:br/>
        <w:t>Їх не Вершитель&lt;br /&gt;</w:t>
        <w:br/>
        <w:t>в розлогах земних і трагічних,&lt;br /&gt;</w:t>
        <w:br/>
        <w:t>Але спокусник,&lt;br /&gt;</w:t>
        <w:br/>
        <w:t>що зветься здавен Сатана.</w:t>
      </w:r>
    </w:p>
    <w:p>
      <w:r>
        <w:br/>
        <w:t>Стомленим оком&lt;br /&gt;</w:t>
        <w:br/>
        <w:t>хтось зиркає з неба гіренько,&lt;br /&gt;</w:t>
        <w:br/>
        <w:t>Стидно йому&lt;br /&gt;</w:t>
        <w:br/>
        <w:t>за абсурдний земний балаган.&lt;br /&gt;</w:t>
        <w:br/>
        <w:t>Плаче перо&lt;br /&gt;</w:t>
        <w:br/>
        <w:t>благородного серцем Шевченка,&lt;br /&gt;</w:t>
        <w:br/>
        <w:t>Паленим листом&lt;br /&gt;</w:t>
        <w:br/>
        <w:t>поникли чорнобильські неньки,&lt;br /&gt;</w:t>
        <w:br/>
        <w:t>Йдуть безголосі&lt;br /&gt;</w:t>
        <w:br/>
        <w:t>знекровлені дні у туман.</w:t>
      </w:r>
    </w:p>
    <w:p>
      <w:r>
        <w:br/>
        <w:t>Що нас чекає&lt;br /&gt;</w:t>
        <w:br/>
        <w:t>за тим сиволицим туманом?..&lt;br /&gt;</w:t>
        <w:br/>
        <w:t>Адже давно&lt;br /&gt;</w:t>
        <w:br/>
        <w:t>ми ступили на грішний рубіж —&lt;br /&gt;</w:t>
        <w:br/>
        <w:t>Той, за котрим&lt;br /&gt;</w:t>
        <w:br/>
        <w:t>вже ніколи зима не розтане,&lt;br /&gt;</w:t>
        <w:br/>
        <w:t>Той, за котрим&lt;br /&gt;</w:t>
        <w:br/>
        <w:t>не загоїмо струпи і рани,&lt;br /&gt;</w:t>
        <w:br/>
        <w:t>Й долі надій&lt;br /&gt;</w:t>
        <w:br/>
        <w:t>поведем власноручно під ніж.</w:t>
      </w:r>
    </w:p>
    <w:p>
      <w:r>
        <w:br/>
        <w:t>Господи добрий,&lt;br /&gt;</w:t>
        <w:br/>
        <w:t>пробач за нудьгу босоногу,&lt;br /&gt;</w:t>
        <w:br/>
        <w:t>Сльози мої&lt;br /&gt;</w:t>
        <w:br/>
        <w:t>запеклися в горнилі волань!&lt;br /&gt;</w:t>
        <w:br/>
        <w:t>Навіть на ламкім&lt;br /&gt;</w:t>
        <w:br/>
        <w:t>крилі вже зібрались в дорогу&lt;br /&gt;</w:t>
        <w:br/>
        <w:t>Мрії мої&lt;br /&gt;</w:t>
        <w:br/>
        <w:t>й заповіти родительські строгі —&lt;br /&gt;</w:t>
        <w:br/>
        <w:t>Все, що здобув&lt;br /&gt;</w:t>
        <w:br/>
        <w:t>я в житті зверх зусиллям вола.</w:t>
      </w:r>
    </w:p>
    <w:p>
      <w:r>
        <w:br/>
        <w:t>Я ж бо і досі&lt;br /&gt;</w:t>
        <w:br/>
        <w:t>не виплакав скорботні печалі,&lt;br /&gt;</w:t>
        <w:br/>
        <w:t>Вперто мені Україна&lt;br /&gt;</w:t>
        <w:br/>
        <w:t>торкається скронь,&lt;br /&gt;</w:t>
        <w:br/>
        <w:t>Кличе нас знову&lt;br /&gt;</w:t>
        <w:br/>
        <w:t>вернути набутки проспалі,&lt;br /&gt;</w:t>
        <w:br/>
        <w:t>Йти до зірок&lt;br /&gt;</w:t>
        <w:br/>
        <w:t>крізь тернисті гущавини далі&lt;br /&gt;</w:t>
        <w:br/>
        <w:t>І запалати&lt;br /&gt;</w:t>
        <w:br/>
        <w:t>не скалки в серцях, а вогонь.</w:t>
      </w:r>
    </w:p>
    <w:p>
      <w:r>
        <w:br/>
        <w:t>В тому безглузді,&lt;br /&gt;</w:t>
        <w:br/>
        <w:t>де мовкнуть молитви й ідеї,&lt;br /&gt;</w:t>
        <w:br/>
        <w:t>Де зневажають&lt;br /&gt;</w:t>
        <w:br/>
        <w:t>в розпустах веління Христа,&lt;br /&gt;</w:t>
        <w:br/>
        <w:t>Знов криводушать&lt;br /&gt;</w:t>
        <w:br/>
        <w:t>над нами нові фарисеї,&lt;br /&gt;</w:t>
        <w:br/>
        <w:t>Волю голосять —&lt;br /&gt;</w:t>
        <w:br/>
        <w:t>а нишком сміються із неї,&lt;br /&gt;</w:t>
        <w:br/>
        <w:t>Кривлячи нехіть&lt;br /&gt;</w:t>
        <w:br/>
        <w:t>намащені медом вуста.</w:t>
      </w:r>
    </w:p>
    <w:p>
      <w:r>
        <w:br/>
        <w:t>Мій світоплине,&lt;br /&gt;</w:t>
        <w:br/>
        <w:t>моя Україно-царівно,&lt;br /&gt;</w:t>
        <w:br/>
        <w:t>Вірю, однак,&lt;br /&gt;</w:t>
        <w:br/>
        <w:t>що об'їдеш страшну Астарот.&lt;br /&gt;</w:t>
        <w:br/>
        <w:t>Дай лиш позбутись&lt;br /&gt;</w:t>
        <w:br/>
        <w:t>отих, хто чекає наївно&lt;br /&gt;</w:t>
        <w:br/>
        <w:t>Смерті твоєї&lt;br /&gt;</w:t>
        <w:br/>
        <w:t>й загину пісням Чураївни.&lt;br /&gt;</w:t>
        <w:br/>
        <w:t>Ти — незборима&lt;br /&gt;</w:t>
        <w:br/>
        <w:t>і вічний твій славний народ.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Гризота і віра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