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Гривко і сивко</w:t>
      </w:r>
    </w:p>
    <w:p>
      <w:r>
        <w:br/>
        <w:t xml:space="preserve"> Оден господар мав два сторожі при хаті,&lt;br /&gt;</w:t>
        <w:br/>
        <w:t>А то такі, що пошукати!&lt;br /&gt;</w:t>
        <w:br/>
        <w:t>Лиш що Гривко лінивий трохи був&lt;br /&gt;</w:t>
        <w:br/>
        <w:t>І в літні дні, як від Сивка я чув,&lt;br /&gt;</w:t>
        <w:br/>
        <w:t>Любив гарненько попіспати.</w:t>
      </w:r>
    </w:p>
    <w:p>
      <w:r>
        <w:br/>
        <w:t>Але прийшла зима. Мороз кресав.&lt;br /&gt;</w:t>
        <w:br/>
        <w:t>Сивко й Гривко в клубки ся звили...&lt;br /&gt;</w:t>
        <w:br/>
        <w:t>Гривко ж у плач: "О Сивку, брате милий,&lt;br /&gt;</w:t>
        <w:br/>
        <w:t>Коби вже господь бог то літечко вже дав,&lt;br /&gt;</w:t>
        <w:br/>
        <w:t>Тогді в сей час будую собі хату!"</w:t>
      </w:r>
    </w:p>
    <w:p>
      <w:r>
        <w:br/>
        <w:t>Дав бог і літечка діждати.&lt;br /&gt;</w:t>
        <w:br/>
        <w:t>Гривок, який задовгий був,&lt;br /&gt;</w:t>
        <w:br/>
        <w:t>Протягся в холодку (за хату вже й забув);&lt;br /&gt;</w:t>
        <w:br/>
        <w:t>Але Сивко го будить: "Брате!&lt;br /&gt;</w:t>
        <w:br/>
        <w:t>Вставай, мем хату будувати!"</w:t>
      </w:r>
    </w:p>
    <w:p>
      <w:r>
        <w:br/>
        <w:t>"Чи ти осліп єси до ката,&lt;br /&gt;</w:t>
        <w:br/>
        <w:t>Чи що тобі? — гавкнув Гривко,&lt;br /&gt;</w:t>
        <w:br/>
        <w:t>Аж перепудився Сірко. —&lt;br /&gt;</w:t>
        <w:br/>
        <w:t>Не видиш, де мій ніс, де мої лаби?&lt;br /&gt;</w:t>
        <w:br/>
        <w:t>А ще й мій довгий хвіст? Хіба б&lt;br /&gt;</w:t>
        <w:br/>
        <w:t>Я одурів, таку велику хату&lt;br /&gt;</w:t>
        <w:br/>
        <w:t>Загадувати будувати!"</w:t>
      </w:r>
    </w:p>
    <w:p>
      <w:r>
        <w:br/>
        <w:t>"Таке ж ти сам казав". — "Але коли?&lt;br /&gt;</w:t>
        <w:br/>
        <w:t>Ще узимі! Тепер же дав бог літо,&lt;br /&gt;</w:t>
        <w:br/>
        <w:t>А літо на тото, щоб спати та ся гріти,&lt;br /&gt;</w:t>
        <w:br/>
        <w:t>Лиши мене! я хочу спати".</w:t>
      </w:r>
    </w:p>
    <w:p>
      <w:r>
        <w:br/>
        <w:t>Беріть собі на розум, діти:&lt;br /&gt;</w:t>
        <w:br/>
        <w:t>Таких Гривків багато є на світі!&lt;br /&gt;</w:t>
        <w:br/>
        <w:t>7.VІІІ.1887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Гривко і сивко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